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Bibliografia generale aggiornata di Ciro Discepolo</w:t>
      </w:r>
    </w:p>
    <w:p>
      <w:pPr>
        <w:pStyle w:val="Subtitle"/>
      </w:pPr>
      <w:r>
        <w:t>Opere edizioni e formati documentati al 14 settembre 2026</w:t>
      </w:r>
    </w:p>
    <w:p>
      <w:pPr>
        <w:widowControl/>
      </w:pPr>
      <w:r>
        <w:t>La bibliografia riunisce le 180 voci storiche e i 144 record della Libreria KDP in 138 schede di opere. Conserva le edizioni precedenti, le versioni linguistiche e i singoli identificativi; integra le correzioni manuali di Cuba, dell’edizione olandese e dei coautori.</w:t>
      </w:r>
    </w:p>
    <w:p>
      <w:pPr>
        <w:widowControl/>
      </w:pPr>
      <w:r>
        <w:t>Risultano 321 schede di edizione e 391 record bibliografici di formato, con 287 ASIN unici conservati. Questi sono conteggi documentali: alcune corrispondenze editoriali restano provvisorie e 53 osservazioni storiche non sono state abbinate con certezza a uno specifico formato KDP. Non vanno quindi letti come il numero certo di edizioni o prodotti commerciali tutti diversi.</w:t>
      </w:r>
    </w:p>
    <w:p>
      <w:pPr>
        <w:widowControl/>
      </w:pPr>
      <w:r>
        <w:t>L’ordine segue la prima data documentata nella bibliografia storica. “Prima data documentata” non certifica l’assenza di edizioni più antiche. Le opere presenti soltanto in KDP, senza una data di pubblicazione verificata, sono raccolte alla fine. I codici O ed E permettono il rinvio all’archivio Excel.</w:t>
      </w:r>
    </w:p>
    <w:p>
      <w:pPr>
        <w:pStyle w:val="Heading1"/>
      </w:pPr>
      <w:r>
        <w:t>Criteri di lettura</w:t>
      </w:r>
    </w:p>
    <w:p>
      <w:pPr>
        <w:widowControl/>
      </w:pPr>
      <w:r>
        <w:t>Un’opera identifica un contenuto bibliografico distinto. Un’edizione documenta una sua versione editoriale o linguistica; cartaceo ed eBook possono appartenere alla stessa edizione. Ogni formato conserva il proprio ASIN o ISBN. Le ristampe e i record con identificativi distinti rimangono riconoscibili; le relazioni non dimostrate sono segnalate per verifica.</w:t>
      </w:r>
    </w:p>
    <w:p>
      <w:pPr>
        <w:widowControl/>
      </w:pPr>
      <w:r>
        <w:t>Le lingue dei formati provengono dalle verifiche manuali o dalle schede Kindle Translate quando disponibili. Negli altri casi l’attribuzione si basa sul titolo della singola fonte e resta da confermare; per i libri fotografici o bilingui privi di metadati è indicata come non accertata. La lingua di un formato non è trasferita a un altro formato raggruppato da KDP.</w:t>
      </w:r>
    </w:p>
    <w:p>
      <w:pPr>
        <w:widowControl/>
      </w:pPr>
      <w:r>
        <w:t>Le date riportate nel testo sono quelle di pubblicazione documentate dallo storico o dalle verifiche manuali. Le date di invio o ultima modifica KDP restano nell’Excel e non sono utilizzate come date di prima pubblicazione. Le pagine fisiche e le lunghezze Kindle sono separate. Un editore non documentato non è ricostruito dal nome della piattaforma.</w:t>
      </w:r>
    </w:p>
    <w:p>
      <w:pPr>
        <w:widowControl/>
      </w:pPr>
      <w:r>
        <w:t>Le 107 traduzioni Kindle Translate identificate come pubblicate sono incluse nelle rispettive opere. Gli 8 tentativi falliti identificati e i 2 segnalati soltanto in aggregato per Cuba sono esclusi dalle edizioni. Le 14 registrazioni tecniche di formato, comprese bozze e blocchi, sono conservate nell’Excel senza generare nuove opere.</w:t>
      </w:r>
    </w:p>
    <w:p>
      <w:pPr>
        <w:widowControl/>
      </w:pPr>
      <w:r>
        <w:t>Fonti: Bibliografia di Ciro con 180 titoli; censimento KDP completo in Excel, Word e JSON e relativo rapporto finale; correzioni manuali in Leggi5. Le fonti grezze e il confronto di tutte le 180 voci sono conservati nell’archivio Excel e nel file dati associato. Nessun dato dell’account KDP è stato modificato.</w:t>
      </w:r>
    </w:p>
    <w:p>
      <w:pPr>
        <w:pStyle w:val="Heading1"/>
      </w:pPr>
      <w:r>
        <w:t>Opere consolidate</w:t>
      </w:r>
    </w:p>
    <w:p>
      <w:pPr>
        <w:pStyle w:val="Heading2"/>
      </w:pPr>
      <w:r>
        <w:t>O001  Astrologia Oggi</w:t>
      </w:r>
    </w:p>
    <w:p>
      <w:pPr>
        <w:keepNext/>
        <w:widowControl/>
      </w:pPr>
      <w:r>
        <w:t>Ciro Discepolo ed Autori Vari</w:t>
      </w:r>
    </w:p>
    <w:p>
      <w:pPr>
        <w:keepNext/>
        <w:widowControl/>
      </w:pPr>
      <w:r>
        <w:t>Prima data documentata: 1976. Presente solo nella bibliografia storica.</w:t>
      </w:r>
    </w:p>
    <w:p>
      <w:pPr>
        <w:widowControl/>
        <w:ind w:left="173"/>
      </w:pPr>
      <w:r>
        <w:rPr>
          <w:sz w:val="20"/>
        </w:rPr>
        <w:t>1976 · italiano · E001. Astrologia Oggi. Editore: Armenia editore. Cartaceo, 280 pagine fisiche.</w:t>
      </w:r>
    </w:p>
    <w:p>
      <w:pPr>
        <w:widowControl/>
      </w:pPr>
      <w:r>
        <w:t>Note di verifica: Intestazione storica esplicita conservata: Ciro Discepolo ed Autori Vari. Verificare forma normalizzata e identità dei coautori; nessuna aggiunta automatica.</w:t>
      </w:r>
    </w:p>
    <w:p>
      <w:pPr>
        <w:pStyle w:val="Heading2"/>
      </w:pPr>
      <w:r>
        <w:t>O035  Prontuario Calcoli Fatti</w:t>
      </w:r>
    </w:p>
    <w:p>
      <w:pPr>
        <w:keepNext/>
        <w:widowControl/>
      </w:pPr>
      <w:r>
        <w:t>Ciro Discepolo</w:t>
      </w:r>
    </w:p>
    <w:p>
      <w:pPr>
        <w:keepNext/>
        <w:widowControl/>
      </w:pPr>
      <w:r>
        <w:t>Prima data documentata: 1976-07. Presente solo nella bibliografia storica.</w:t>
      </w:r>
    </w:p>
    <w:p>
      <w:pPr>
        <w:widowControl/>
        <w:ind w:left="173"/>
      </w:pPr>
      <w:r>
        <w:rPr>
          <w:sz w:val="20"/>
        </w:rPr>
        <w:t>1976-07 · italiano · E030. Prontuario Calcoli Fatti. Editore: Edizioni F. Capone. Cartaceo, 24 pagine fisiche.</w:t>
      </w:r>
    </w:p>
    <w:p>
      <w:pPr>
        <w:pStyle w:val="Heading2"/>
      </w:pPr>
      <w:r>
        <w:t>O033  Cancro</w:t>
      </w:r>
    </w:p>
    <w:p>
      <w:pPr>
        <w:keepNext/>
        <w:widowControl/>
      </w:pPr>
      <w:r>
        <w:t>Ciro Discepolo</w:t>
      </w:r>
    </w:p>
    <w:p>
      <w:pPr>
        <w:keepNext/>
        <w:widowControl/>
      </w:pPr>
      <w:r>
        <w:t>Prima data documentata: 1977-04. Presente solo nella bibliografia storica.</w:t>
      </w:r>
    </w:p>
    <w:p>
      <w:pPr>
        <w:widowControl/>
        <w:ind w:left="173"/>
      </w:pPr>
      <w:r>
        <w:rPr>
          <w:sz w:val="20"/>
        </w:rPr>
        <w:t>1977-04 · italiano · E028. Cancro. Editore: Armenia editore. Cartaceo, 128 pagine fisiche.</w:t>
      </w:r>
    </w:p>
    <w:p>
      <w:pPr>
        <w:pStyle w:val="Heading2"/>
      </w:pPr>
      <w:r>
        <w:t>O098  Guida all’Astrologia / Nuova Guida all’Astrologia</w:t>
      </w:r>
    </w:p>
    <w:p>
      <w:pPr>
        <w:keepNext/>
        <w:widowControl/>
      </w:pPr>
      <w:r>
        <w:t>Ciro Discepolo</w:t>
      </w:r>
    </w:p>
    <w:p>
      <w:pPr>
        <w:keepNext/>
        <w:widowControl/>
      </w:pPr>
      <w:r>
        <w:t>Prima data documentata: 1979-01. Presente nella bibliografia storica e in KDP.</w:t>
      </w:r>
    </w:p>
    <w:p>
      <w:pPr>
        <w:widowControl/>
        <w:ind w:left="173"/>
      </w:pPr>
      <w:r>
        <w:rPr>
          <w:sz w:val="20"/>
        </w:rPr>
        <w:t>1979-01 · italiano · E090. Guida all'Astrologia Prima edizione. Editore: Armenia editore. Cartaceo, 612 pagine fisiche; corrispondenza con il formato KDP da verificare.</w:t>
      </w:r>
    </w:p>
    <w:p>
      <w:pPr>
        <w:widowControl/>
        <w:ind w:left="173"/>
      </w:pPr>
      <w:r>
        <w:rPr>
          <w:sz w:val="20"/>
        </w:rPr>
        <w:t>1982-01 · italiano · E091. Guida all'Astrologia Seconda Edizione. Editore: Armenia editore. Cartaceo, 716 pagine fisiche; corrispondenza con il formato KDP da verificare.</w:t>
      </w:r>
    </w:p>
    <w:p>
      <w:pPr>
        <w:widowControl/>
        <w:ind w:left="173"/>
      </w:pPr>
      <w:r>
        <w:rPr>
          <w:sz w:val="20"/>
        </w:rPr>
        <w:t>1989-01 · italiano · E092. Guida all'Astrologia Terza Edizione Volume 1. Editore: Armenia editore. Cartaceo volume 1, 434 pagine fisiche; corrispondenza con il formato KDP da verificare. Cartaceo volume 2, 512 pagine fisiche; corrispondenza con il formato KDP da verificare.</w:t>
      </w:r>
    </w:p>
    <w:p>
      <w:pPr>
        <w:widowControl/>
        <w:ind w:left="173"/>
      </w:pPr>
      <w:r>
        <w:rPr>
          <w:sz w:val="20"/>
        </w:rPr>
        <w:t>1998-01 · italiano · E088. Nuova Guida all'Astrologia Quarta edizione. Editore: Armenia editore. Cartaceo, 820 pagine fisiche; corrispondenza con il formato KDP da verificare.</w:t>
      </w:r>
    </w:p>
    <w:p>
      <w:pPr>
        <w:widowControl/>
        <w:ind w:left="173"/>
      </w:pPr>
      <w:r>
        <w:rPr>
          <w:sz w:val="20"/>
        </w:rPr>
        <w:t>2011-05 · inglese · E087. The New Guide to Astrology Volume 1. Editore: Edizioni Ricerca '90 e Amazon. Cartaceo volume 1, 426 pagine fisiche; corrispondenza con il formato KDP da verificare. Cartaceo volume 2, 502 pagine fisiche; corrispondenza con il formato KDP da verificare.</w:t>
      </w:r>
    </w:p>
    <w:p>
      <w:pPr>
        <w:widowControl/>
        <w:ind w:left="173"/>
      </w:pPr>
      <w:r>
        <w:rPr>
          <w:sz w:val="20"/>
        </w:rPr>
        <w:t>2017-02 · italiano · E077. Nuova Guida all'Astrologia Quinta edizione Volume 1. Editore: Edizioni Ricerca '90 e Amazon. Paperback volume 1, 422 pagine fisiche, ASIN 1499750765. Paperback volume 2, 516 pagine fisiche, ASIN 1499750889. Kindle volume 1, ASIN B00KUEWO8C. Kindle volume 2, ASIN B00L826FDU.</w:t>
      </w:r>
    </w:p>
    <w:p>
      <w:pPr>
        <w:widowControl/>
        <w:ind w:left="173"/>
      </w:pPr>
      <w:r>
        <w:rPr>
          <w:sz w:val="20"/>
        </w:rPr>
        <w:t>Data non documentata · francese · E287. Le nouveau guide de l'astrologie. Kindle, ASIN B0HFCFL261. Traduzione Kindle Translate pubblicata.</w:t>
      </w:r>
    </w:p>
    <w:p>
      <w:pPr>
        <w:widowControl/>
        <w:ind w:left="173"/>
      </w:pPr>
      <w:r>
        <w:rPr>
          <w:sz w:val="20"/>
        </w:rPr>
        <w:t>Data non documentata · inglese · E175. The New Guide to Astrology: Casting, Analysing and Reading the Birth Chart. Paperback, ASIN 1460984560.</w:t>
      </w:r>
    </w:p>
    <w:p>
      <w:pPr>
        <w:widowControl/>
        <w:ind w:left="173"/>
      </w:pPr>
      <w:r>
        <w:rPr>
          <w:sz w:val="20"/>
        </w:rPr>
        <w:t>Data non documentata · inglese · E206. The New Guide to Astrology: Casting, Analysing and Reading the Birth Chart. Kindle, ASIN B007N5X9XA. Paperback, ASIN 1463506554.</w:t>
      </w:r>
    </w:p>
    <w:p>
      <w:pPr>
        <w:widowControl/>
        <w:ind w:left="173"/>
      </w:pPr>
      <w:r>
        <w:rPr>
          <w:sz w:val="20"/>
        </w:rPr>
        <w:t>Data non documentata · italiano · E288. La nuova guida all'astrologia. Kindle, ASIN B0HFFK6GYG. Traduzione Kindle Translate pubblicata.</w:t>
      </w:r>
    </w:p>
    <w:p>
      <w:pPr>
        <w:widowControl/>
        <w:ind w:left="173"/>
      </w:pPr>
      <w:r>
        <w:rPr>
          <w:sz w:val="20"/>
        </w:rPr>
        <w:t>Data non documentata · portoghese brasiliano · E289. O novo guia de astrologia. Kindle, ASIN B0HFC9KBMT. Traduzione Kindle Translate pubblicata.</w:t>
      </w:r>
    </w:p>
    <w:p>
      <w:pPr>
        <w:widowControl/>
        <w:ind w:left="173"/>
      </w:pPr>
      <w:r>
        <w:rPr>
          <w:sz w:val="20"/>
        </w:rPr>
        <w:t>Data non documentata · spagnolo · E290. La nueva guía de astrología. Kindle, ASIN B0HFC5VHMT. Traduzione Kindle Translate pubblicata.</w:t>
      </w:r>
    </w:p>
    <w:p>
      <w:pPr>
        <w:widowControl/>
        <w:ind w:left="173"/>
      </w:pPr>
      <w:r>
        <w:rPr>
          <w:sz w:val="20"/>
        </w:rPr>
        <w:t>Data non documentata · tedesco · E286. Der neue Leitfaden zur Astrologie. Kindle, ASIN B0HFDCLBC2. Traduzione Kindle Translate pubblicata.</w:t>
      </w:r>
    </w:p>
    <w:p>
      <w:pPr>
        <w:widowControl/>
      </w:pPr>
      <w:r>
        <w:t>Storico tecnico escluso dalle edizioni pubblicate: Kindle Bozza.</w:t>
      </w:r>
    </w:p>
    <w:p>
      <w:pPr>
        <w:widowControl/>
      </w:pPr>
      <w:r>
        <w:t>Note di verifica: Titolo KDP privo del numero di volume. Conservati ASIN distinti; non attribuite arbitrariamente le pagine dei volumi storici né eliminati i record.</w:t>
      </w:r>
    </w:p>
    <w:p>
      <w:pPr>
        <w:pStyle w:val="Heading2"/>
      </w:pPr>
      <w:r>
        <w:t>O012  Prontuario Calcoli</w:t>
      </w:r>
    </w:p>
    <w:p>
      <w:pPr>
        <w:keepNext/>
        <w:widowControl/>
      </w:pPr>
      <w:r>
        <w:t>Ciro Discepolo</w:t>
      </w:r>
    </w:p>
    <w:p>
      <w:pPr>
        <w:keepNext/>
        <w:widowControl/>
      </w:pPr>
      <w:r>
        <w:t>Prima data documentata: 1979-01. Presente solo nella bibliografia storica.</w:t>
      </w:r>
    </w:p>
    <w:p>
      <w:pPr>
        <w:widowControl/>
        <w:ind w:left="173"/>
      </w:pPr>
      <w:r>
        <w:rPr>
          <w:sz w:val="20"/>
        </w:rPr>
        <w:t>1979-01 · italiano · E008. Prontuario Calcoli. Editore: Edizioni Federico Capone. Cartaceo, 72 pagine fisiche.</w:t>
      </w:r>
    </w:p>
    <w:p>
      <w:pPr>
        <w:pStyle w:val="Heading2"/>
      </w:pPr>
      <w:r>
        <w:t>O070  Gli Astri del successo</w:t>
      </w:r>
    </w:p>
    <w:p>
      <w:pPr>
        <w:keepNext/>
        <w:widowControl/>
      </w:pPr>
      <w:r>
        <w:t>Ciro Discepolo</w:t>
      </w:r>
    </w:p>
    <w:p>
      <w:pPr>
        <w:keepNext/>
        <w:widowControl/>
      </w:pPr>
      <w:r>
        <w:t>Prima data documentata: 1979-10. Presente solo nella bibliografia storica.</w:t>
      </w:r>
    </w:p>
    <w:p>
      <w:pPr>
        <w:widowControl/>
        <w:ind w:left="173"/>
      </w:pPr>
      <w:r>
        <w:rPr>
          <w:sz w:val="20"/>
        </w:rPr>
        <w:t>1979-10 · italiano · E064. Gli Astri del successo. Editore: Armenia editore. Cartaceo, 240 pagine fisiche.</w:t>
      </w:r>
    </w:p>
    <w:p>
      <w:pPr>
        <w:pStyle w:val="Heading2"/>
      </w:pPr>
      <w:r>
        <w:t>O040  Effemeridi 1700 -01800</w:t>
      </w:r>
    </w:p>
    <w:p>
      <w:pPr>
        <w:keepNext/>
        <w:widowControl/>
      </w:pPr>
      <w:r>
        <w:t>Ciro Discepolo e Michele Mauro</w:t>
      </w:r>
    </w:p>
    <w:p>
      <w:pPr>
        <w:keepNext/>
        <w:widowControl/>
      </w:pPr>
      <w:r>
        <w:t>Prima data documentata: 1982-01. Presente solo nella bibliografia storica.</w:t>
      </w:r>
    </w:p>
    <w:p>
      <w:pPr>
        <w:widowControl/>
        <w:ind w:left="173"/>
      </w:pPr>
      <w:r>
        <w:rPr>
          <w:sz w:val="20"/>
        </w:rPr>
        <w:t>1982-01 · italiano · E035. Effemeridi 1700 -01800. Editore: Edizioni Chiara Capone. Cartaceo, 74 pagine fisiche.</w:t>
      </w:r>
    </w:p>
    <w:p>
      <w:pPr>
        <w:widowControl/>
      </w:pPr>
      <w:r>
        <w:t>Note di verifica: Intestazione storica esplicita conservata: Ciro Discepolo e Michele Mauro. Verificare forma normalizzata e identità dei coautori; nessuna aggiunta automatica. Intervallo Effemeridi 1700 -01800 anomalo; testo originale conservato senza correggere arbitrariamente.</w:t>
      </w:r>
    </w:p>
    <w:p>
      <w:pPr>
        <w:pStyle w:val="Heading2"/>
      </w:pPr>
      <w:r>
        <w:t>O049  Politici 40 Oroscopi e 80 Rivoluzioni Solari</w:t>
      </w:r>
    </w:p>
    <w:p>
      <w:pPr>
        <w:keepNext/>
        <w:widowControl/>
      </w:pPr>
      <w:r>
        <w:t>Ciro Discepolo e Grazia Bordoni</w:t>
      </w:r>
    </w:p>
    <w:p>
      <w:pPr>
        <w:keepNext/>
        <w:widowControl/>
      </w:pPr>
      <w:r>
        <w:t>Prima data documentata: 1982-01. Presente solo nella bibliografia storica.</w:t>
      </w:r>
    </w:p>
    <w:p>
      <w:pPr>
        <w:widowControl/>
        <w:ind w:left="173"/>
      </w:pPr>
      <w:r>
        <w:rPr>
          <w:sz w:val="20"/>
        </w:rPr>
        <w:t>1982-01 · italiano · E043. Politici 40 Oroscopi e 80 Rivoluzioni Solari. Editore: Nuovi Orizzonti. Cartaceo, 126 pagine fisiche.</w:t>
      </w:r>
    </w:p>
    <w:p>
      <w:pPr>
        <w:widowControl/>
      </w:pPr>
      <w:r>
        <w:t>Note di verifica: Intestazione storica esplicita conservata: Ciro Discepolo e Grazia Bordoni. Verificare forma normalizzata e identità dei coautori; nessuna aggiunta automatica.</w:t>
      </w:r>
    </w:p>
    <w:p>
      <w:pPr>
        <w:pStyle w:val="Heading2"/>
      </w:pPr>
      <w:r>
        <w:t>O115  "Astrologia sì, astrologia no"</w:t>
      </w:r>
    </w:p>
    <w:p>
      <w:pPr>
        <w:keepNext/>
        <w:widowControl/>
      </w:pPr>
      <w:r>
        <w:t>Ciro Discepolo e Fausto Passariello</w:t>
      </w:r>
    </w:p>
    <w:p>
      <w:pPr>
        <w:keepNext/>
        <w:widowControl/>
      </w:pPr>
      <w:r>
        <w:t>Prima data documentata: 1982-02. Presente solo nella bibliografia storica.</w:t>
      </w:r>
    </w:p>
    <w:p>
      <w:pPr>
        <w:widowControl/>
        <w:ind w:left="173"/>
      </w:pPr>
      <w:r>
        <w:rPr>
          <w:sz w:val="20"/>
        </w:rPr>
        <w:t>1982-02 · italiano · E104. "Astrologia sì, astrologia no". Editore: Edizioni C. Capone. Cartaceo, 200 pagine fisiche.</w:t>
      </w:r>
    </w:p>
    <w:p>
      <w:pPr>
        <w:widowControl/>
      </w:pPr>
      <w:r>
        <w:t>Note di verifica: Intestazione storica esplicita conservata: Ciro Discepolo e Fausto Passariello. Verificare forma normalizzata e identità dei coautori; nessuna aggiunta automatica.</w:t>
      </w:r>
    </w:p>
    <w:p>
      <w:pPr>
        <w:pStyle w:val="Heading2"/>
      </w:pPr>
      <w:r>
        <w:t>O034  Tavola delle Case Placidus per Latitudine SUD</w:t>
      </w:r>
    </w:p>
    <w:p>
      <w:pPr>
        <w:keepNext/>
        <w:widowControl/>
      </w:pPr>
      <w:r>
        <w:t>Ciro Discepolo</w:t>
      </w:r>
    </w:p>
    <w:p>
      <w:pPr>
        <w:keepNext/>
        <w:widowControl/>
      </w:pPr>
      <w:r>
        <w:t>Prima data documentata: 1982-02. Presente solo nella bibliografia storica.</w:t>
      </w:r>
    </w:p>
    <w:p>
      <w:pPr>
        <w:widowControl/>
        <w:ind w:left="173"/>
      </w:pPr>
      <w:r>
        <w:rPr>
          <w:sz w:val="20"/>
        </w:rPr>
        <w:t>1982-02 · italiano · E029. Tavola delle Case Placidus per Latitudine SUD. Editore: Edizioni C. Capone. Cartaceo, 58 pagine fisiche.</w:t>
      </w:r>
    </w:p>
    <w:p>
      <w:pPr>
        <w:pStyle w:val="Heading2"/>
      </w:pPr>
      <w:r>
        <w:t>O038  Effemeridi 1582 - 1699</w:t>
      </w:r>
    </w:p>
    <w:p>
      <w:pPr>
        <w:keepNext/>
        <w:widowControl/>
      </w:pPr>
      <w:r>
        <w:t>Ciro Discepolo e Michele Mauro</w:t>
      </w:r>
    </w:p>
    <w:p>
      <w:pPr>
        <w:keepNext/>
        <w:widowControl/>
      </w:pPr>
      <w:r>
        <w:t>Prima data documentata: 1983-10. Presente solo nella bibliografia storica.</w:t>
      </w:r>
    </w:p>
    <w:p>
      <w:pPr>
        <w:widowControl/>
        <w:ind w:left="173"/>
      </w:pPr>
      <w:r>
        <w:rPr>
          <w:sz w:val="20"/>
        </w:rPr>
        <w:t>1983-10 · italiano · E033. Effemeridi 1582 - 1699. Editore: Edizioni Chiara Capone. Cartaceo, 86 pagine fisiche.</w:t>
      </w:r>
    </w:p>
    <w:p>
      <w:pPr>
        <w:widowControl/>
      </w:pPr>
      <w:r>
        <w:t>Note di verifica: Intestazione storica esplicita conservata: Ciro Discepolo e Michele Mauro. Verificare forma normalizzata e identità dei coautori; nessuna aggiunta automatica.</w:t>
      </w:r>
    </w:p>
    <w:p>
      <w:pPr>
        <w:pStyle w:val="Heading2"/>
      </w:pPr>
      <w:r>
        <w:t>O090  Guida ai transiti</w:t>
      </w:r>
    </w:p>
    <w:p>
      <w:pPr>
        <w:keepNext/>
        <w:widowControl/>
      </w:pPr>
      <w:r>
        <w:t>Ciro Discepolo</w:t>
      </w:r>
    </w:p>
    <w:p>
      <w:pPr>
        <w:keepNext/>
        <w:widowControl/>
      </w:pPr>
      <w:r>
        <w:t>Prima data documentata: 1984-01. Presente solo nella bibliografia storica.</w:t>
      </w:r>
    </w:p>
    <w:p>
      <w:pPr>
        <w:widowControl/>
        <w:ind w:left="173"/>
      </w:pPr>
      <w:r>
        <w:rPr>
          <w:sz w:val="20"/>
        </w:rPr>
        <w:t>1984-01 · italiano · E083. Guida ai transiti. Editore: Armenia editore. Cartaceo, 510 pagine fisiche.</w:t>
      </w:r>
    </w:p>
    <w:p>
      <w:pPr>
        <w:widowControl/>
      </w:pPr>
      <w:r>
        <w:t>Note di verifica: Guida ai transiti e I Transiti hanno 510 pagine ma titoli e anni diversi. Possibile nuova edizione/titolo modificato: mantenute schede separate.</w:t>
      </w:r>
    </w:p>
    <w:p>
      <w:pPr>
        <w:pStyle w:val="Heading2"/>
      </w:pPr>
      <w:r>
        <w:t>O030  Le Tavole delle Case</w:t>
      </w:r>
    </w:p>
    <w:p>
      <w:pPr>
        <w:keepNext/>
        <w:widowControl/>
      </w:pPr>
      <w:r>
        <w:t>Ciro Discepolo</w:t>
      </w:r>
    </w:p>
    <w:p>
      <w:pPr>
        <w:keepNext/>
        <w:widowControl/>
      </w:pPr>
      <w:r>
        <w:t>Prima data documentata: 1984-01. Presente solo nella bibliografia storica.</w:t>
      </w:r>
    </w:p>
    <w:p>
      <w:pPr>
        <w:widowControl/>
        <w:ind w:left="173"/>
      </w:pPr>
      <w:r>
        <w:rPr>
          <w:sz w:val="20"/>
        </w:rPr>
        <w:t>1984-01 · italiano · E025. Le Tavole delle Case. Editore: Armenia editore. Cartaceo, 200 pagine fisiche.</w:t>
      </w:r>
    </w:p>
    <w:p>
      <w:pPr>
        <w:pStyle w:val="Heading2"/>
      </w:pPr>
      <w:r>
        <w:t>O082  Le Effemeridi dal 1900 al 2010</w:t>
      </w:r>
    </w:p>
    <w:p>
      <w:pPr>
        <w:keepNext/>
        <w:widowControl/>
      </w:pPr>
      <w:r>
        <w:t>Ciro Discepolo</w:t>
      </w:r>
    </w:p>
    <w:p>
      <w:pPr>
        <w:keepNext/>
        <w:widowControl/>
      </w:pPr>
      <w:r>
        <w:t>Prima data documentata: 1987-01. Presente solo nella bibliografia storica.</w:t>
      </w:r>
    </w:p>
    <w:p>
      <w:pPr>
        <w:widowControl/>
        <w:ind w:left="173"/>
      </w:pPr>
      <w:r>
        <w:rPr>
          <w:sz w:val="20"/>
        </w:rPr>
        <w:t>1987-01 · italiano · E076. Le Effemeridi dal 1900 al 2010. Editore: Armenia editore. Cartaceo, 710 pagine fisiche.</w:t>
      </w:r>
    </w:p>
    <w:p>
      <w:pPr>
        <w:pStyle w:val="Heading2"/>
      </w:pPr>
      <w:r>
        <w:t>O024  Astrologia Applicata</w:t>
      </w:r>
    </w:p>
    <w:p>
      <w:pPr>
        <w:keepNext/>
        <w:widowControl/>
      </w:pPr>
      <w:r>
        <w:t>Ciro Discepolo</w:t>
      </w:r>
    </w:p>
    <w:p>
      <w:pPr>
        <w:keepNext/>
        <w:widowControl/>
      </w:pPr>
      <w:r>
        <w:t>Prima data documentata: 1988-01. Presente solo nella bibliografia storica.</w:t>
      </w:r>
    </w:p>
    <w:p>
      <w:pPr>
        <w:widowControl/>
        <w:ind w:left="173"/>
      </w:pPr>
      <w:r>
        <w:rPr>
          <w:sz w:val="20"/>
        </w:rPr>
        <w:t>1988-01 · italiano · E020. Astrologia Applicata. Editore: Armenia editore. Cartaceo, 300 pagine fisiche.</w:t>
      </w:r>
    </w:p>
    <w:p>
      <w:pPr>
        <w:pStyle w:val="Heading2"/>
      </w:pPr>
      <w:r>
        <w:t>O019  Come Scoprire i Segreti di un Oroscopo</w:t>
      </w:r>
    </w:p>
    <w:p>
      <w:pPr>
        <w:keepNext/>
        <w:widowControl/>
      </w:pPr>
      <w:r>
        <w:t>Ciro Discepolo</w:t>
      </w:r>
    </w:p>
    <w:p>
      <w:pPr>
        <w:keepNext/>
        <w:widowControl/>
      </w:pPr>
      <w:r>
        <w:t>Prima data documentata: 1988-10. Presente solo nella bibliografia storica.</w:t>
      </w:r>
    </w:p>
    <w:p>
      <w:pPr>
        <w:widowControl/>
        <w:ind w:left="173"/>
      </w:pPr>
      <w:r>
        <w:rPr>
          <w:sz w:val="20"/>
        </w:rPr>
        <w:t>1988-10 · italiano · E015. Come Scoprire i Segreti di un Oroscopo. Editore: Editoriale Albero. Cartaceo, 256 pagine fisiche.</w:t>
      </w:r>
    </w:p>
    <w:p>
      <w:pPr>
        <w:pStyle w:val="Heading2"/>
      </w:pPr>
      <w:r>
        <w:t>O018  Il Sale dell'Astrologia</w:t>
      </w:r>
    </w:p>
    <w:p>
      <w:pPr>
        <w:keepNext/>
        <w:widowControl/>
      </w:pPr>
      <w:r>
        <w:t>Ciro Discepolo</w:t>
      </w:r>
    </w:p>
    <w:p>
      <w:pPr>
        <w:keepNext/>
        <w:widowControl/>
      </w:pPr>
      <w:r>
        <w:t>Prima data documentata: 1991-01. Presente solo nella bibliografia storica.</w:t>
      </w:r>
    </w:p>
    <w:p>
      <w:pPr>
        <w:widowControl/>
        <w:ind w:left="173"/>
      </w:pPr>
      <w:r>
        <w:rPr>
          <w:sz w:val="20"/>
        </w:rPr>
        <w:t>1991-01 · italiano · E014. Il Sale dell'Astrologia. Editore: Edizioni Capone. Cartaceo, 144 pagine fisiche.</w:t>
      </w:r>
    </w:p>
    <w:p>
      <w:pPr>
        <w:pStyle w:val="Heading2"/>
      </w:pPr>
      <w:r>
        <w:t>O041  Ritratti di celebrità</w:t>
      </w:r>
    </w:p>
    <w:p>
      <w:pPr>
        <w:keepNext/>
        <w:widowControl/>
      </w:pPr>
      <w:r>
        <w:t>Ciro Discepolo</w:t>
      </w:r>
    </w:p>
    <w:p>
      <w:pPr>
        <w:keepNext/>
        <w:widowControl/>
      </w:pPr>
      <w:r>
        <w:t>Prima data documentata: 1991-01. Presente solo nella bibliografia storica.</w:t>
      </w:r>
    </w:p>
    <w:p>
      <w:pPr>
        <w:widowControl/>
        <w:ind w:left="173"/>
      </w:pPr>
      <w:r>
        <w:rPr>
          <w:sz w:val="20"/>
        </w:rPr>
        <w:t>1991-01 · italiano · E036. Ritratti di celebrità. Editore: Edizioni Ricerca '90. Cartaceo, 144 pagine fisiche.</w:t>
      </w:r>
    </w:p>
    <w:p>
      <w:pPr>
        <w:pStyle w:val="Heading2"/>
      </w:pPr>
      <w:r>
        <w:t>O021  300 oroscopi importanti</w:t>
      </w:r>
    </w:p>
    <w:p>
      <w:pPr>
        <w:keepNext/>
        <w:widowControl/>
      </w:pPr>
      <w:r>
        <w:t>Ciro Discepolo</w:t>
      </w:r>
    </w:p>
    <w:p>
      <w:pPr>
        <w:keepNext/>
        <w:widowControl/>
      </w:pPr>
      <w:r>
        <w:t>Prima data documentata: 1991-04. Presente solo nella bibliografia storica.</w:t>
      </w:r>
    </w:p>
    <w:p>
      <w:pPr>
        <w:widowControl/>
        <w:ind w:left="173"/>
      </w:pPr>
      <w:r>
        <w:rPr>
          <w:sz w:val="20"/>
        </w:rPr>
        <w:t>1991-04 · italiano · E017. 300 oroscopi importanti. Editore: Nuovi Orizzonti. Cartaceo, 144 pagine fisiche.</w:t>
      </w:r>
    </w:p>
    <w:p>
      <w:pPr>
        <w:pStyle w:val="Heading2"/>
      </w:pPr>
      <w:r>
        <w:t>O022  Osservazioni politematiche sulle ricerche Discepolo/Miele</w:t>
      </w:r>
    </w:p>
    <w:p>
      <w:pPr>
        <w:keepNext/>
        <w:widowControl/>
      </w:pPr>
      <w:r>
        <w:t>Ciro Discepolo</w:t>
      </w:r>
    </w:p>
    <w:p>
      <w:pPr>
        <w:keepNext/>
        <w:widowControl/>
      </w:pPr>
      <w:r>
        <w:t>Prima data documentata: 1992-03. Presente solo nella bibliografia storica.</w:t>
      </w:r>
    </w:p>
    <w:p>
      <w:pPr>
        <w:widowControl/>
        <w:ind w:left="173"/>
      </w:pPr>
      <w:r>
        <w:rPr>
          <w:sz w:val="20"/>
        </w:rPr>
        <w:t>1992-03 · italiano · E018. Osservazioni politematiche sulle ricerche Discepolo/Miele. Editore: Edizioni Ricerca '90. Cartaceo, 196 pagine fisiche.</w:t>
      </w:r>
    </w:p>
    <w:p>
      <w:pPr>
        <w:pStyle w:val="Heading2"/>
      </w:pPr>
      <w:r>
        <w:t>O117  Da Costanzo a Nilde Jotti</w:t>
      </w:r>
    </w:p>
    <w:p>
      <w:pPr>
        <w:keepNext/>
        <w:widowControl/>
      </w:pPr>
      <w:r>
        <w:t>Ciro Discepolo</w:t>
      </w:r>
    </w:p>
    <w:p>
      <w:pPr>
        <w:keepNext/>
        <w:widowControl/>
      </w:pPr>
      <w:r>
        <w:t>Prima data documentata: 1992-05. Presente solo nella bibliografia storica.</w:t>
      </w:r>
    </w:p>
    <w:p>
      <w:pPr>
        <w:widowControl/>
        <w:ind w:left="173"/>
      </w:pPr>
      <w:r>
        <w:rPr>
          <w:sz w:val="20"/>
        </w:rPr>
        <w:t>1992-05 · italiano · E106. Da Costanzo a Nilde Jotti. Editore: Edizioni Ricerca '90. Cartaceo, 144 pagine fisiche.</w:t>
      </w:r>
    </w:p>
    <w:p>
      <w:pPr>
        <w:pStyle w:val="Heading2"/>
      </w:pPr>
      <w:r>
        <w:t>O044  250 Oroscopi Importanti</w:t>
      </w:r>
    </w:p>
    <w:p>
      <w:pPr>
        <w:keepNext/>
        <w:widowControl/>
      </w:pPr>
      <w:r>
        <w:t>Ciro Discepolo</w:t>
      </w:r>
    </w:p>
    <w:p>
      <w:pPr>
        <w:keepNext/>
        <w:widowControl/>
      </w:pPr>
      <w:r>
        <w:t>Prima data documentata: 1992-06. Presente solo nella bibliografia storica.</w:t>
      </w:r>
    </w:p>
    <w:p>
      <w:pPr>
        <w:widowControl/>
        <w:ind w:left="173"/>
      </w:pPr>
      <w:r>
        <w:rPr>
          <w:sz w:val="20"/>
        </w:rPr>
        <w:t>1992-06 · italiano · E039. 250 Oroscopi Importanti. Editore: Edizioni Ricerca '90. Cartaceo, 144 pagine fisiche.</w:t>
      </w:r>
    </w:p>
    <w:p>
      <w:pPr>
        <w:pStyle w:val="Heading2"/>
      </w:pPr>
      <w:r>
        <w:t>O114  Per una rifondazione dell'Astrologia o per il suo rifiuto</w:t>
      </w:r>
    </w:p>
    <w:p>
      <w:pPr>
        <w:keepNext/>
        <w:widowControl/>
      </w:pPr>
      <w:r>
        <w:t>Ciro Discepolo e AA VV</w:t>
      </w:r>
    </w:p>
    <w:p>
      <w:pPr>
        <w:keepNext/>
        <w:widowControl/>
      </w:pPr>
      <w:r>
        <w:t>Prima data documentata: 1993-01. Presente solo nella bibliografia storica.</w:t>
      </w:r>
    </w:p>
    <w:p>
      <w:pPr>
        <w:widowControl/>
        <w:ind w:left="173"/>
      </w:pPr>
      <w:r>
        <w:rPr>
          <w:sz w:val="20"/>
        </w:rPr>
        <w:t>1993-01 · italiano · E103. Per una rifondazione dell'Astrologia o per il suo rifiuto. Editore: Edizioni Ricerca '90. Cartaceo, 200 pagine fisiche.</w:t>
      </w:r>
    </w:p>
    <w:p>
      <w:pPr>
        <w:widowControl/>
      </w:pPr>
      <w:r>
        <w:t>Note di verifica: Intestazione storica esplicita conservata: Ciro Discepolo e AA VV. Verificare forma normalizzata e identità dei coautori; nessuna aggiunta automatica.</w:t>
      </w:r>
    </w:p>
    <w:p>
      <w:pPr>
        <w:pStyle w:val="Heading2"/>
      </w:pPr>
      <w:r>
        <w:t>O120  Trattato Pratico di Rivoluzioni Solari</w:t>
      </w:r>
    </w:p>
    <w:p>
      <w:pPr>
        <w:keepNext/>
        <w:widowControl/>
      </w:pPr>
      <w:r>
        <w:t>Ciro Discepolo</w:t>
      </w:r>
    </w:p>
    <w:p>
      <w:pPr>
        <w:keepNext/>
        <w:widowControl/>
      </w:pPr>
      <w:r>
        <w:t>Prima data documentata: 1993-09. Presente solo nella bibliografia storica.</w:t>
      </w:r>
    </w:p>
    <w:p>
      <w:pPr>
        <w:widowControl/>
        <w:ind w:left="173"/>
      </w:pPr>
      <w:r>
        <w:rPr>
          <w:sz w:val="20"/>
        </w:rPr>
        <w:t>1993-09 · italiano · E109. Trattato Pratico di Rivoluzioni Solari. Editore: Edizioni Ricerca '90. Cartaceo, 208 pagine fisiche.</w:t>
      </w:r>
    </w:p>
    <w:p>
      <w:pPr>
        <w:widowControl/>
      </w:pPr>
      <w:r>
        <w:t>Note di verifica: Titolo generico Treatise on Solar Returns in ungherese/russo: non prova quale trattato italiano sia l'origine. Schede separate provvisorie; possibile ulteriore accorpamento dopo verifica. Nuovo Trattato, Solar Returns e Trattato Pratico di Rivoluzioni Solari: rapporto editoriale non documentato con certezza; schede distinte.</w:t>
      </w:r>
    </w:p>
    <w:p>
      <w:pPr>
        <w:pStyle w:val="Heading2"/>
      </w:pPr>
      <w:r>
        <w:t>O119  Astrologia: sì e no</w:t>
      </w:r>
    </w:p>
    <w:p>
      <w:pPr>
        <w:keepNext/>
        <w:widowControl/>
      </w:pPr>
      <w:r>
        <w:t>Ciro Discepolo ed Enzo Barillà</w:t>
      </w:r>
    </w:p>
    <w:p>
      <w:pPr>
        <w:keepNext/>
        <w:widowControl/>
      </w:pPr>
      <w:r>
        <w:t>Prima data documentata: 1994-03. Presente solo nella bibliografia storica.</w:t>
      </w:r>
    </w:p>
    <w:p>
      <w:pPr>
        <w:widowControl/>
        <w:ind w:left="173"/>
      </w:pPr>
      <w:r>
        <w:rPr>
          <w:sz w:val="20"/>
        </w:rPr>
        <w:t>1994-03 · italiano · E108. Astrologia: sì e no. Editore: Edizioni Ricerca '90. Cartaceo, 240 pagine fisiche.</w:t>
      </w:r>
    </w:p>
    <w:p>
      <w:pPr>
        <w:widowControl/>
      </w:pPr>
      <w:r>
        <w:t>Note di verifica: Intestazione storica esplicita conservata: Ciro Discepolo ed Enzo Barillà. Verificare forma normalizzata e identità dei coautori; nessuna aggiunta automatica.</w:t>
      </w:r>
    </w:p>
    <w:p>
      <w:pPr>
        <w:pStyle w:val="Heading2"/>
      </w:pPr>
      <w:r>
        <w:t>O051  La Ricerca dell'ora di nascita</w:t>
      </w:r>
    </w:p>
    <w:p>
      <w:pPr>
        <w:keepNext/>
        <w:widowControl/>
      </w:pPr>
      <w:r>
        <w:t>Ciro Discepolo</w:t>
      </w:r>
    </w:p>
    <w:p>
      <w:pPr>
        <w:keepNext/>
        <w:widowControl/>
      </w:pPr>
      <w:r>
        <w:t>Prima data documentata: 1994-05. Presente solo nella bibliografia storica.</w:t>
      </w:r>
    </w:p>
    <w:p>
      <w:pPr>
        <w:widowControl/>
        <w:ind w:left="173"/>
      </w:pPr>
      <w:r>
        <w:rPr>
          <w:sz w:val="20"/>
        </w:rPr>
        <w:t>1994-05 · italiano · E045. La Ricerca dell'ora di nascita. Editore: Edizioni Ricerca '90. Cartaceo, 64 pagine fisiche.</w:t>
      </w:r>
    </w:p>
    <w:p>
      <w:pPr>
        <w:pStyle w:val="Heading2"/>
      </w:pPr>
      <w:r>
        <w:t>O042  Estri&amp;Astri</w:t>
      </w:r>
    </w:p>
    <w:p>
      <w:pPr>
        <w:keepNext/>
        <w:widowControl/>
      </w:pPr>
      <w:r>
        <w:t>Ciro Discepolo</w:t>
      </w:r>
    </w:p>
    <w:p>
      <w:pPr>
        <w:keepNext/>
        <w:widowControl/>
      </w:pPr>
      <w:r>
        <w:t>Prima data documentata: 1994-09. Presente solo nella bibliografia storica.</w:t>
      </w:r>
    </w:p>
    <w:p>
      <w:pPr>
        <w:widowControl/>
        <w:ind w:left="173"/>
      </w:pPr>
      <w:r>
        <w:rPr>
          <w:sz w:val="20"/>
        </w:rPr>
        <w:t>1994-09 · italiano · E037. Estri&amp;Astri. Editore: Edizioni Ricerca '90. Cartaceo, 142 pagine fisiche.</w:t>
      </w:r>
    </w:p>
    <w:p>
      <w:pPr>
        <w:widowControl/>
      </w:pPr>
      <w:r>
        <w:t>Note di verifica: Estri&amp;Astri e Arts&amp;Stars: traduzione del titolo non sufficiente, perché le note storiche avvertono che opere straniere possono essere autonome.</w:t>
      </w:r>
    </w:p>
    <w:p>
      <w:pPr>
        <w:pStyle w:val="Heading2"/>
      </w:pPr>
      <w:r>
        <w:t>O045  Guida al Personal Computer</w:t>
      </w:r>
    </w:p>
    <w:p>
      <w:pPr>
        <w:keepNext/>
        <w:widowControl/>
      </w:pPr>
      <w:r>
        <w:t>Ciro Discepolo</w:t>
      </w:r>
    </w:p>
    <w:p>
      <w:pPr>
        <w:keepNext/>
        <w:widowControl/>
      </w:pPr>
      <w:r>
        <w:t>Prima data documentata: 1994-10. Presente solo nella bibliografia storica.</w:t>
      </w:r>
    </w:p>
    <w:p>
      <w:pPr>
        <w:widowControl/>
        <w:ind w:left="173"/>
      </w:pPr>
      <w:r>
        <w:rPr>
          <w:sz w:val="20"/>
        </w:rPr>
        <w:t>1994-10 · italiano · E040. Guida al Personal Computer. Editore: Blue Diamond Publisher. Cartaceo, 128 pagine fisiche.</w:t>
      </w:r>
    </w:p>
    <w:p>
      <w:pPr>
        <w:pStyle w:val="Heading2"/>
      </w:pPr>
      <w:r>
        <w:t>O079  Nuovo Dizionario di Astrologia</w:t>
      </w:r>
    </w:p>
    <w:p>
      <w:pPr>
        <w:keepNext/>
        <w:widowControl/>
      </w:pPr>
      <w:r>
        <w:t>Ciro Discepolo</w:t>
      </w:r>
    </w:p>
    <w:p>
      <w:pPr>
        <w:keepNext/>
        <w:widowControl/>
      </w:pPr>
      <w:r>
        <w:t>Prima data documentata: 1996-01. Presente nella bibliografia storica e in KDP.</w:t>
      </w:r>
    </w:p>
    <w:p>
      <w:pPr>
        <w:widowControl/>
        <w:ind w:left="173"/>
      </w:pPr>
      <w:r>
        <w:rPr>
          <w:sz w:val="20"/>
        </w:rPr>
        <w:t>1996-01 · italiano · E073. Nuovo Dizionario di Astrologia. Editore: Armenia editore. Paperback, 396 pagine fisiche, ASIN B08HTBWT1Y.</w:t>
      </w:r>
    </w:p>
    <w:p>
      <w:pPr>
        <w:widowControl/>
        <w:ind w:left="173"/>
      </w:pPr>
      <w:r>
        <w:rPr>
          <w:sz w:val="20"/>
        </w:rPr>
        <w:t>2013-06 · inglese · E075. The New Dictionary of Astrology. Editore: Edizioni Ricerca '90 e Amazon. Paperback, 442 pagine fisiche, ASIN 1484155467. Kindle, ASIN B00D5OY8YW.</w:t>
      </w:r>
    </w:p>
    <w:p>
      <w:pPr>
        <w:widowControl/>
        <w:ind w:left="173"/>
      </w:pPr>
      <w:r>
        <w:rPr>
          <w:sz w:val="20"/>
        </w:rPr>
        <w:t>Data non documentata · francese · E319. Le nouveau dictionnaire d'astrologie. Kindle, ASIN B0HHHQP8KK. Traduzione Kindle Translate pubblicata.</w:t>
      </w:r>
    </w:p>
    <w:p>
      <w:pPr>
        <w:widowControl/>
        <w:ind w:left="173"/>
      </w:pPr>
      <w:r>
        <w:rPr>
          <w:sz w:val="20"/>
        </w:rPr>
        <w:t>Data non documentata · italiano · E315. Il nuovo dizionario di astrologia. Kindle, ASIN B0HHHSQBBC. Traduzione Kindle Translate pubblicata.</w:t>
      </w:r>
    </w:p>
    <w:p>
      <w:pPr>
        <w:widowControl/>
        <w:ind w:left="173"/>
      </w:pPr>
      <w:r>
        <w:rPr>
          <w:sz w:val="20"/>
        </w:rPr>
        <w:t>Data non documentata · portoghese brasiliano · E318. O novo dicionário de astrologia. Kindle, ASIN B0HHHSVCMY. Traduzione Kindle Translate pubblicata.</w:t>
      </w:r>
    </w:p>
    <w:p>
      <w:pPr>
        <w:widowControl/>
        <w:ind w:left="173"/>
      </w:pPr>
      <w:r>
        <w:rPr>
          <w:sz w:val="20"/>
        </w:rPr>
        <w:t>Data non documentata · spagnolo · E317. El nuevo diccionario de astrología. Kindle, ASIN B0HHHQPNKV. Traduzione Kindle Translate pubblicata.</w:t>
      </w:r>
    </w:p>
    <w:p>
      <w:pPr>
        <w:widowControl/>
        <w:ind w:left="173"/>
      </w:pPr>
      <w:r>
        <w:rPr>
          <w:sz w:val="20"/>
        </w:rPr>
        <w:t>Data non documentata · tedesco · E316. Das neue Wörterbuch der Astrologie. Kindle, ASIN B0HHHL7FQ8. Traduzione Kindle Translate pubblicata.</w:t>
      </w:r>
    </w:p>
    <w:p>
      <w:pPr>
        <w:pStyle w:val="Heading2"/>
      </w:pPr>
      <w:r>
        <w:t>O046  Effemeridi Professionali 1870 - 1900</w:t>
      </w:r>
    </w:p>
    <w:p>
      <w:pPr>
        <w:keepNext/>
        <w:widowControl/>
      </w:pPr>
      <w:r>
        <w:t>Ciro Discepolo e Massimo Palladino</w:t>
      </w:r>
    </w:p>
    <w:p>
      <w:pPr>
        <w:keepNext/>
        <w:widowControl/>
      </w:pPr>
      <w:r>
        <w:t>Prima data documentata: 1996-03. Presente solo nella bibliografia storica.</w:t>
      </w:r>
    </w:p>
    <w:p>
      <w:pPr>
        <w:widowControl/>
        <w:ind w:left="173"/>
      </w:pPr>
      <w:r>
        <w:rPr>
          <w:sz w:val="20"/>
        </w:rPr>
        <w:t>1996-03 · italiano · E041. Effemeridi Professionali 1870 - 1900. Editore: Blue Diamond Publisher. Cartaceo, 180 pagine fisiche.</w:t>
      </w:r>
    </w:p>
    <w:p>
      <w:pPr>
        <w:widowControl/>
      </w:pPr>
      <w:r>
        <w:t>Note di verifica: Intestazione storica esplicita conservata: Ciro Discepolo e Massimo Palladino. Verificare forma normalizzata e identità dei coautori; nessuna aggiunta automatica.</w:t>
      </w:r>
    </w:p>
    <w:p>
      <w:pPr>
        <w:pStyle w:val="Heading2"/>
      </w:pPr>
      <w:r>
        <w:t>O015  Esercizi sulle Rivoluzioni Solari Mirate</w:t>
      </w:r>
    </w:p>
    <w:p>
      <w:pPr>
        <w:keepNext/>
        <w:widowControl/>
      </w:pPr>
      <w:r>
        <w:t>Ciro Discepolo</w:t>
      </w:r>
    </w:p>
    <w:p>
      <w:pPr>
        <w:keepNext/>
        <w:widowControl/>
      </w:pPr>
      <w:r>
        <w:t>Prima data documentata: 1996-03. Presente solo nella bibliografia storica.</w:t>
      </w:r>
    </w:p>
    <w:p>
      <w:pPr>
        <w:widowControl/>
        <w:ind w:left="173"/>
      </w:pPr>
      <w:r>
        <w:rPr>
          <w:sz w:val="20"/>
        </w:rPr>
        <w:t>1996-03 · italiano · E011. Esercizi sulle Rivoluzioni Solari Mirate. Editore: Blue Diamond Publisher. Cartaceo, 96 pagine fisiche.</w:t>
      </w:r>
    </w:p>
    <w:p>
      <w:pPr>
        <w:pStyle w:val="Heading2"/>
      </w:pPr>
      <w:r>
        <w:t>O028  Elementi di Astrologia Professionale</w:t>
      </w:r>
    </w:p>
    <w:p>
      <w:pPr>
        <w:keepNext/>
        <w:widowControl/>
      </w:pPr>
      <w:r>
        <w:t>Ciro Discepolo e Francesco Maggiore</w:t>
      </w:r>
    </w:p>
    <w:p>
      <w:pPr>
        <w:keepNext/>
        <w:widowControl/>
      </w:pPr>
      <w:r>
        <w:t>Prima data documentata: 1996-06. Presente solo nella bibliografia storica.</w:t>
      </w:r>
    </w:p>
    <w:p>
      <w:pPr>
        <w:widowControl/>
        <w:ind w:left="173"/>
      </w:pPr>
      <w:r>
        <w:rPr>
          <w:sz w:val="20"/>
        </w:rPr>
        <w:t>1996-06 · italiano · E024. Elementi di Astrologia Professionale. Editore: Blue Diamond Publisher. Cartaceo, 96 pagine fisiche.</w:t>
      </w:r>
    </w:p>
    <w:p>
      <w:pPr>
        <w:widowControl/>
      </w:pPr>
      <w:r>
        <w:t>Note di verifica: Intestazione storica esplicita conservata: Ciro Discepolo e Francesco Maggiore. Verificare forma normalizzata e identità dei coautori; nessuna aggiunta automatica.</w:t>
      </w:r>
    </w:p>
    <w:p>
      <w:pPr>
        <w:pStyle w:val="Heading2"/>
      </w:pPr>
      <w:r>
        <w:t>O036  Introduzione alla Sinastria</w:t>
      </w:r>
    </w:p>
    <w:p>
      <w:pPr>
        <w:keepNext/>
        <w:widowControl/>
      </w:pPr>
      <w:r>
        <w:t>Ciro Discepolo e Francesco Maggiore</w:t>
      </w:r>
    </w:p>
    <w:p>
      <w:pPr>
        <w:keepNext/>
        <w:widowControl/>
      </w:pPr>
      <w:r>
        <w:t>Prima data documentata: 1996-09. Presente solo nella bibliografia storica.</w:t>
      </w:r>
    </w:p>
    <w:p>
      <w:pPr>
        <w:widowControl/>
        <w:ind w:left="173"/>
      </w:pPr>
      <w:r>
        <w:rPr>
          <w:sz w:val="20"/>
        </w:rPr>
        <w:t>1996-09 · italiano · E031. Introduzione alla Sinastria. Editore: Blue Diamond Publisher. Cartaceo, 106 pagine fisiche.</w:t>
      </w:r>
    </w:p>
    <w:p>
      <w:pPr>
        <w:widowControl/>
      </w:pPr>
      <w:r>
        <w:t>Note di verifica: Intestazione storica esplicita conservata: Ciro Discepolo e Francesco Maggiore. Verificare forma normalizzata e identità dei coautori; nessuna aggiunta automatica.</w:t>
      </w:r>
    </w:p>
    <w:p>
      <w:pPr>
        <w:pStyle w:val="Heading2"/>
      </w:pPr>
      <w:r>
        <w:t>O016  Astro&amp;Geografia</w:t>
      </w:r>
    </w:p>
    <w:p>
      <w:pPr>
        <w:keepNext/>
        <w:widowControl/>
      </w:pPr>
      <w:r>
        <w:t>Ciro Discepolo &amp; Andrea Rossetti</w:t>
      </w:r>
    </w:p>
    <w:p>
      <w:pPr>
        <w:keepNext/>
        <w:widowControl/>
      </w:pPr>
      <w:r>
        <w:t>Prima data documentata: 1996-10. Presente nella bibliografia storica e in KDP.</w:t>
      </w:r>
    </w:p>
    <w:p>
      <w:pPr>
        <w:widowControl/>
        <w:ind w:left="173"/>
      </w:pPr>
      <w:r>
        <w:rPr>
          <w:sz w:val="20"/>
        </w:rPr>
        <w:t>1996-10 · italiano · E012. Astro&amp;Geografia. Editore: Blue Diamond Publisher. Cartaceo, 100 pagine fisiche; corrispondenza con il formato KDP da verificare.</w:t>
      </w:r>
    </w:p>
    <w:p>
      <w:pPr>
        <w:widowControl/>
        <w:ind w:left="173"/>
      </w:pPr>
      <w:r>
        <w:rPr>
          <w:sz w:val="20"/>
        </w:rPr>
        <w:t>2011-10 · inglese · E081. Astro&amp;Geography. Editore: Edizioni Ricerca '90 e Amazon. Paperback, 138 pagine fisiche, ASIN 1466425008. Kindle, ASIN B009DJQKPI.</w:t>
      </w:r>
    </w:p>
    <w:p>
      <w:pPr>
        <w:widowControl/>
        <w:ind w:left="173"/>
      </w:pPr>
      <w:r>
        <w:rPr>
          <w:sz w:val="20"/>
        </w:rPr>
        <w:t>Data non documentata · francese · E272. Astro&amp;Géographie. Kindle, ASIN B0HHYYBYTS. Traduzione Kindle Translate pubblicata.</w:t>
      </w:r>
    </w:p>
    <w:p>
      <w:pPr>
        <w:widowControl/>
        <w:ind w:left="173"/>
      </w:pPr>
      <w:r>
        <w:rPr>
          <w:sz w:val="20"/>
        </w:rPr>
        <w:t>Data non documentata · italiano · E275. Astro&amp;Geografia. Kindle, ASIN B0HHYLMKC2. Traduzione Kindle Translate pubblicata.</w:t>
      </w:r>
    </w:p>
    <w:p>
      <w:pPr>
        <w:widowControl/>
        <w:ind w:left="173"/>
      </w:pPr>
      <w:r>
        <w:rPr>
          <w:sz w:val="20"/>
        </w:rPr>
        <w:t>Data non documentata · portoghese brasiliano · E274. Astro&amp;Geografia. Kindle, ASIN B0HHYWMGLH. Traduzione Kindle Translate pubblicata.</w:t>
      </w:r>
    </w:p>
    <w:p>
      <w:pPr>
        <w:widowControl/>
        <w:ind w:left="173"/>
      </w:pPr>
      <w:r>
        <w:rPr>
          <w:sz w:val="20"/>
        </w:rPr>
        <w:t>Data non documentata · spagnolo · E271. Astro&amp;geografía. Kindle, ASIN B0HHYPMPQ2. Traduzione Kindle Translate pubblicata.</w:t>
      </w:r>
    </w:p>
    <w:p>
      <w:pPr>
        <w:widowControl/>
        <w:ind w:left="173"/>
      </w:pPr>
      <w:r>
        <w:rPr>
          <w:sz w:val="20"/>
        </w:rPr>
        <w:t>Data non documentata · tedesco · E273. Astro&amp;Geographie. Kindle, ASIN B0HHYXHGJ1. Traduzione Kindle Translate pubblicata.</w:t>
      </w:r>
    </w:p>
    <w:p>
      <w:pPr>
        <w:pStyle w:val="Heading2"/>
      </w:pPr>
      <w:r>
        <w:t>O097  Transiti e Rivoluzioni Solari</w:t>
      </w:r>
    </w:p>
    <w:p>
      <w:pPr>
        <w:keepNext/>
        <w:widowControl/>
      </w:pPr>
      <w:r>
        <w:t>Ciro Discepolo</w:t>
      </w:r>
    </w:p>
    <w:p>
      <w:pPr>
        <w:keepNext/>
        <w:widowControl/>
      </w:pPr>
      <w:r>
        <w:t>Prima data documentata: 1997-01. Presente nella bibliografia storica e in KDP.</w:t>
      </w:r>
    </w:p>
    <w:p>
      <w:pPr>
        <w:widowControl/>
        <w:ind w:left="173"/>
      </w:pPr>
      <w:r>
        <w:rPr>
          <w:sz w:val="20"/>
        </w:rPr>
        <w:t>1997-01 · italiano · E089. Transiti e Rivoluzioni Solari Prima edizione. Editore: Armenia editore. Cartaceo, 580 pagine fisiche; corrispondenza con il formato KDP da verificare.</w:t>
      </w:r>
    </w:p>
    <w:p>
      <w:pPr>
        <w:widowControl/>
        <w:ind w:left="173"/>
      </w:pPr>
      <w:r>
        <w:rPr>
          <w:sz w:val="20"/>
        </w:rPr>
        <w:t>2001-12 · francese · E068. Traité Complete d'Interpretation des transits et des Révolutions solaires. Editore: Éditions Traditionnelles. Cartaceo, 500 pagine fisiche; corrispondenza con il formato KDP da verificare.</w:t>
      </w:r>
    </w:p>
    <w:p>
      <w:pPr>
        <w:widowControl/>
        <w:ind w:left="173"/>
      </w:pPr>
      <w:r>
        <w:rPr>
          <w:sz w:val="20"/>
        </w:rPr>
        <w:t>2007-01 · inglese · E057. Transits and Solar Returns - First Edition. Editore: Edizioni Ricerca '90. Cartaceo, 560 pagine fisiche; corrispondenza con il formato KDP da verificare.</w:t>
      </w:r>
    </w:p>
    <w:p>
      <w:pPr>
        <w:widowControl/>
        <w:ind w:left="173"/>
      </w:pPr>
      <w:r>
        <w:rPr>
          <w:sz w:val="20"/>
        </w:rPr>
        <w:t>2007-01 · italiano · E070. Transiti e Rivoluzioni Solari  Seconda edizione. Editore: Armenia editore. Paperback, 512 pagine fisiche, ASIN B0BKHRVWKS.</w:t>
      </w:r>
    </w:p>
    <w:p>
      <w:pPr>
        <w:widowControl/>
        <w:ind w:left="173"/>
      </w:pPr>
      <w:r>
        <w:rPr>
          <w:sz w:val="20"/>
        </w:rPr>
        <w:t>2008-01 · francese · E058. Transits and Révolutions solaires - Seconda edizione. Editore: Edizioni Ricerca '90 e Amazon. Paperback, 466 pagine fisiche, ASIN 889644702X. Kindle, ASIN B008Z76FO0.</w:t>
      </w:r>
    </w:p>
    <w:p>
      <w:pPr>
        <w:widowControl/>
        <w:ind w:left="173"/>
      </w:pPr>
      <w:r>
        <w:rPr>
          <w:sz w:val="20"/>
        </w:rPr>
        <w:t>2008-01 · tedesco · E086. Die Transite Und Das Solarhoroskop. Editore: Edizioni Ricerca '90 e Amazon. Paperback, 646 pagine fisiche, ASIN 8896447046. Kindle, ASIN B008ZUHTJM.</w:t>
      </w:r>
    </w:p>
    <w:p>
      <w:pPr>
        <w:widowControl/>
        <w:ind w:left="173"/>
      </w:pPr>
      <w:r>
        <w:rPr>
          <w:sz w:val="20"/>
        </w:rPr>
        <w:t>2009-01 · spagnolo · E084. Transitos Y Retornos Solares. Editore: Edizioni Ricerca '90 e Amazon. Paperback, 666 pagine fisiche, ASIN 8896447011. Kindle, ASIN B00977OKRG.</w:t>
      </w:r>
    </w:p>
    <w:p>
      <w:pPr>
        <w:widowControl/>
        <w:ind w:left="173"/>
      </w:pPr>
      <w:r>
        <w:rPr>
          <w:sz w:val="20"/>
        </w:rPr>
        <w:t>2013-01 · inglese · E098. Transits and Solar Returns Second Edition. Editore: American Federation of Astrologers. Cartaceo, 232 pagine fisiche; corrispondenza con il formato KDP da verificare.</w:t>
      </w:r>
    </w:p>
    <w:p>
      <w:pPr>
        <w:widowControl/>
        <w:ind w:left="173"/>
      </w:pPr>
      <w:r>
        <w:rPr>
          <w:sz w:val="20"/>
        </w:rPr>
        <w:t>2013-12 · russo · E094. Transits and Solar Returns in Russian Language. Editore: Edizioni Ricerca '90 e Amazon. Paperback, 810 pagine fisiche, ASIN 1494267187; stato Sospeso Online.</w:t>
      </w:r>
    </w:p>
    <w:p>
      <w:pPr>
        <w:widowControl/>
        <w:ind w:left="173"/>
      </w:pPr>
      <w:r>
        <w:rPr>
          <w:sz w:val="20"/>
        </w:rPr>
        <w:t>2026-07 · italiano · E168. TRANSITI E RIVOLUZIONI SOLARI – IV Edizione. Editore: Edizioni Ricerca '90. Paperback, 673 pagine fisiche, ASIN B0H71RH7M9. Kindle, ASIN B0H7BZGG88.</w:t>
      </w:r>
    </w:p>
    <w:p>
      <w:pPr>
        <w:widowControl/>
        <w:ind w:left="173"/>
      </w:pPr>
      <w:r>
        <w:rPr>
          <w:sz w:val="20"/>
        </w:rPr>
        <w:t>2026-09-13 · olandese · E169. TRANSITS EN SOLAARHOROSCOPEN. Kindle, lunghezza Kindle 903 pagine, ASIN B0HJNZWY9B. Paperback, 700 pagine fisiche, ASIN B0HJNT7V78, ISBN 979-8174002463.</w:t>
      </w:r>
    </w:p>
    <w:p>
      <w:pPr>
        <w:widowControl/>
        <w:ind w:left="173"/>
      </w:pPr>
      <w:r>
        <w:rPr>
          <w:sz w:val="20"/>
        </w:rPr>
        <w:t>Data non documentata · francese · E219. Transits et révolutions solaires. Kindle, ASIN B0HJC4W596. Traduzione Kindle Translate pubblicata.</w:t>
      </w:r>
    </w:p>
    <w:p>
      <w:pPr>
        <w:widowControl/>
        <w:ind w:left="173"/>
      </w:pPr>
      <w:r>
        <w:rPr>
          <w:sz w:val="20"/>
        </w:rPr>
        <w:t>Data non documentata · giapponese · E170. トランジットとソーラーリターン. Kindle, ASIN B0HJM8N968. Paperback, ASIN B0HJMCJQHM.</w:t>
      </w:r>
    </w:p>
    <w:p>
      <w:pPr>
        <w:widowControl/>
        <w:ind w:left="173"/>
      </w:pPr>
      <w:r>
        <w:rPr>
          <w:sz w:val="20"/>
        </w:rPr>
        <w:t>Data non documentata · inglese · E172. TRANSITS AND SOLAR RETURNS: FOURTH EDITION. Kindle, ASIN B0HJ8ZTJQ9. Paperback, ASIN B0HJ8KDGB4.</w:t>
      </w:r>
    </w:p>
    <w:p>
      <w:pPr>
        <w:widowControl/>
        <w:ind w:left="173"/>
      </w:pPr>
      <w:r>
        <w:rPr>
          <w:sz w:val="20"/>
        </w:rPr>
        <w:t>Data non documentata · inglese · E237. Transits and Solar Returns. Kindle, ASIN B0H7CK1K9C. Traduzione Kindle Translate pubblicata.</w:t>
      </w:r>
    </w:p>
    <w:p>
      <w:pPr>
        <w:widowControl/>
        <w:ind w:left="173"/>
      </w:pPr>
      <w:r>
        <w:rPr>
          <w:sz w:val="20"/>
        </w:rPr>
        <w:t>Data non documentata · italiano · E221. Transiti e rivoluzioni solari. Kindle, ASIN B0HJC57YX1. Traduzione Kindle Translate pubblicata.</w:t>
      </w:r>
    </w:p>
    <w:p>
      <w:pPr>
        <w:widowControl/>
        <w:ind w:left="173"/>
      </w:pPr>
      <w:r>
        <w:rPr>
          <w:sz w:val="20"/>
        </w:rPr>
        <w:t>Data non documentata · portoghese brasiliano · E218. Trânsitos e revoluções solares. Kindle, ASIN B0HJC4RGTB. Traduzione Kindle Translate pubblicata.</w:t>
      </w:r>
    </w:p>
    <w:p>
      <w:pPr>
        <w:widowControl/>
        <w:ind w:left="173"/>
      </w:pPr>
      <w:r>
        <w:rPr>
          <w:sz w:val="20"/>
        </w:rPr>
        <w:t>Data non documentata · spagnolo · E220. Tránsitos y revoluciones solares. Kindle, ASIN B0HJBYH11Z. Traduzione Kindle Translate pubblicata.</w:t>
      </w:r>
    </w:p>
    <w:p>
      <w:pPr>
        <w:widowControl/>
        <w:ind w:left="173"/>
      </w:pPr>
      <w:r>
        <w:rPr>
          <w:sz w:val="20"/>
        </w:rPr>
        <w:t>Data non documentata · tedesco · E217. Transite und Solare. Kindle, ASIN B0HJBVS975. Traduzione Kindle Translate pubblicata.</w:t>
      </w:r>
    </w:p>
    <w:p>
      <w:pPr>
        <w:widowControl/>
      </w:pPr>
      <w:r>
        <w:t>Storico tecnico escluso dalle edizioni pubblicate: Paperback Bozza; Hardcover Bozza; Paperback Bozza Pubblicazione annullata (ASIN B08NVVWBQM); Kindle BLOCCATO (ASIN B00H5X9Z5Q).</w:t>
      </w:r>
    </w:p>
    <w:p>
      <w:pPr>
        <w:widowControl/>
      </w:pPr>
      <w:r>
        <w:t>Note di verifica: Titolo Transits and Révolutions solaires mescola inglese e francese; lingua francese proposta in base al titolo e confronto KDP, da confermare. Transits and Solar Returns Second Edition AFA 2013, 232 pagine: numero di pagine molto diverso dalle altre edizioni, conservato da fonte e da verificare.</w:t>
      </w:r>
    </w:p>
    <w:p>
      <w:pPr>
        <w:pStyle w:val="Heading2"/>
      </w:pPr>
      <w:r>
        <w:t>O017  Astrologia Attiva</w:t>
      </w:r>
    </w:p>
    <w:p>
      <w:pPr>
        <w:keepNext/>
        <w:widowControl/>
      </w:pPr>
      <w:r>
        <w:t>Ciro Discepolo</w:t>
      </w:r>
    </w:p>
    <w:p>
      <w:pPr>
        <w:keepNext/>
        <w:widowControl/>
      </w:pPr>
      <w:r>
        <w:t>Prima data documentata: 1998-01. Presente nella bibliografia storica e in KDP.</w:t>
      </w:r>
    </w:p>
    <w:p>
      <w:pPr>
        <w:widowControl/>
        <w:ind w:left="173"/>
      </w:pPr>
      <w:r>
        <w:rPr>
          <w:sz w:val="20"/>
        </w:rPr>
        <w:t>1998-01 · italiano · E013. Astrologia Attiva. Editore: Mediterranee. Cartaceo, 144 pagine fisiche; corrispondenza con il formato KDP da verificare.</w:t>
      </w:r>
    </w:p>
    <w:p>
      <w:pPr>
        <w:widowControl/>
        <w:ind w:left="173"/>
      </w:pPr>
      <w:r>
        <w:rPr>
          <w:sz w:val="20"/>
        </w:rPr>
        <w:t>2011-07 · francese · E082. Astrologie Active. Editore: Edizioni Ricerca '90 e Amazon. Paperback, 192 pagine fisiche, ASIN 146370139X. Kindle, ASIN B008XLOSMO.</w:t>
      </w:r>
    </w:p>
    <w:p>
      <w:pPr>
        <w:widowControl/>
        <w:ind w:left="173"/>
      </w:pPr>
      <w:r>
        <w:rPr>
          <w:sz w:val="20"/>
        </w:rPr>
        <w:t>2024-11 · inglese · E164. ACTIVE ASTROLOGY. Editore: Edizioni Ricerca '90. Paperback, 212 pagine fisiche, ASIN B0DP6384S4; stato Online Con cambiamenti non pubblicati. Kindle, ASIN B0DP6X2DYT; stato Online Con cambiamenti non pubblicati.</w:t>
      </w:r>
    </w:p>
    <w:p>
      <w:pPr>
        <w:widowControl/>
        <w:ind w:left="173"/>
      </w:pPr>
      <w:r>
        <w:rPr>
          <w:sz w:val="20"/>
        </w:rPr>
        <w:t>Data non documentata · francese · E232. Astrologie active. Kindle, ASIN B0HH2TDQ3Q. Traduzione Kindle Translate pubblicata.</w:t>
      </w:r>
    </w:p>
    <w:p>
      <w:pPr>
        <w:widowControl/>
        <w:ind w:left="173"/>
      </w:pPr>
      <w:r>
        <w:rPr>
          <w:sz w:val="20"/>
        </w:rPr>
        <w:t>Data non documentata · italiano · E236. Astrologia attiva. Kindle, ASIN B0HH3QBQVQ. Traduzione Kindle Translate pubblicata.</w:t>
      </w:r>
    </w:p>
    <w:p>
      <w:pPr>
        <w:widowControl/>
        <w:ind w:left="173"/>
      </w:pPr>
      <w:r>
        <w:rPr>
          <w:sz w:val="20"/>
        </w:rPr>
        <w:t>Data non documentata · portoghese brasiliano · E235. Astrologia ativa. Kindle, ASIN B0HH3Q6WX3. Traduzione Kindle Translate pubblicata.</w:t>
      </w:r>
    </w:p>
    <w:p>
      <w:pPr>
        <w:widowControl/>
        <w:ind w:left="173"/>
      </w:pPr>
      <w:r>
        <w:rPr>
          <w:sz w:val="20"/>
        </w:rPr>
        <w:t>Data non documentata · spagnolo · E233. Astrología activa. Kindle, ASIN B0HH3F6DN2. Traduzione Kindle Translate pubblicata.</w:t>
      </w:r>
    </w:p>
    <w:p>
      <w:pPr>
        <w:widowControl/>
        <w:ind w:left="173"/>
      </w:pPr>
      <w:r>
        <w:rPr>
          <w:sz w:val="20"/>
        </w:rPr>
        <w:t>Data non documentata · tedesco · E234. Aktive Astrologie. Kindle, ASIN B0HH3CPXBV. Traduzione Kindle Translate pubblicata.</w:t>
      </w:r>
    </w:p>
    <w:p>
      <w:pPr>
        <w:pStyle w:val="Heading2"/>
      </w:pPr>
      <w:r>
        <w:t>O071  Piccola guida all'astrologia</w:t>
      </w:r>
    </w:p>
    <w:p>
      <w:pPr>
        <w:keepNext/>
        <w:widowControl/>
      </w:pPr>
      <w:r>
        <w:t>Ciro Discepolo</w:t>
      </w:r>
    </w:p>
    <w:p>
      <w:pPr>
        <w:keepNext/>
        <w:widowControl/>
      </w:pPr>
      <w:r>
        <w:t>Prima data documentata: 1998-01. Presente solo nella bibliografia storica.</w:t>
      </w:r>
    </w:p>
    <w:p>
      <w:pPr>
        <w:widowControl/>
        <w:ind w:left="173"/>
      </w:pPr>
      <w:r>
        <w:rPr>
          <w:sz w:val="20"/>
        </w:rPr>
        <w:t>1998-01 · italiano · E065. Piccola guida all'astrologia. Editore: Armenia editore. Cartaceo, 254 pagine fisiche.</w:t>
      </w:r>
    </w:p>
    <w:p>
      <w:pPr>
        <w:pStyle w:val="Heading2"/>
      </w:pPr>
      <w:r>
        <w:t>O039  Effemeridi 1850 - 1869</w:t>
      </w:r>
    </w:p>
    <w:p>
      <w:pPr>
        <w:keepNext/>
        <w:widowControl/>
      </w:pPr>
      <w:r>
        <w:t>Ciro Discepolo</w:t>
      </w:r>
    </w:p>
    <w:p>
      <w:pPr>
        <w:keepNext/>
        <w:widowControl/>
      </w:pPr>
      <w:r>
        <w:t>Prima data documentata: 1998-05. Presente solo nella bibliografia storica.</w:t>
      </w:r>
    </w:p>
    <w:p>
      <w:pPr>
        <w:widowControl/>
        <w:ind w:left="173"/>
      </w:pPr>
      <w:r>
        <w:rPr>
          <w:sz w:val="20"/>
        </w:rPr>
        <w:t>1998-05 · italiano · E034. Effemeridi 1850 - 1869. Editore: Blue Diamond Publisher. Cartaceo, 124 pagine fisiche.</w:t>
      </w:r>
    </w:p>
    <w:p>
      <w:pPr>
        <w:pStyle w:val="Heading2"/>
      </w:pPr>
      <w:r>
        <w:t>O075  Circa 200 oroscopi di VIP dello spettacolo</w:t>
      </w:r>
    </w:p>
    <w:p>
      <w:pPr>
        <w:keepNext/>
        <w:widowControl/>
      </w:pPr>
      <w:r>
        <w:t>Ciro Discepolo</w:t>
      </w:r>
    </w:p>
    <w:p>
      <w:pPr>
        <w:keepNext/>
        <w:widowControl/>
      </w:pPr>
      <w:r>
        <w:t>Prima data documentata: 1998-12. Presente solo nella bibliografia storica.</w:t>
      </w:r>
    </w:p>
    <w:p>
      <w:pPr>
        <w:widowControl/>
        <w:ind w:left="173"/>
      </w:pPr>
      <w:r>
        <w:rPr>
          <w:sz w:val="20"/>
        </w:rPr>
        <w:t>1998-12 · italiano · E069. Circa 200 oroscopi di VIP dello spettacolo. Editore: Blue Diamond Publisher. Cartaceo, 120 pagine fisiche.</w:t>
      </w:r>
    </w:p>
    <w:p>
      <w:pPr>
        <w:pStyle w:val="Heading2"/>
      </w:pPr>
      <w:r>
        <w:t>O109  Le effemeridi dal 2000 al 2050</w:t>
      </w:r>
    </w:p>
    <w:p>
      <w:pPr>
        <w:keepNext/>
        <w:widowControl/>
      </w:pPr>
      <w:r>
        <w:t>Ciro Discepolo</w:t>
      </w:r>
    </w:p>
    <w:p>
      <w:pPr>
        <w:keepNext/>
        <w:widowControl/>
      </w:pPr>
      <w:r>
        <w:t>Prima data documentata: 1999-01. Presente solo nella bibliografia storica.</w:t>
      </w:r>
    </w:p>
    <w:p>
      <w:pPr>
        <w:widowControl/>
        <w:ind w:left="173"/>
      </w:pPr>
      <w:r>
        <w:rPr>
          <w:sz w:val="20"/>
        </w:rPr>
        <w:t>1999-01 · italiano · E099. Le effemeridi dal 2000 al 2050. Editore: Armenia editore. Cartaceo, 310 pagine fisiche.</w:t>
      </w:r>
    </w:p>
    <w:p>
      <w:pPr>
        <w:pStyle w:val="Heading2"/>
      </w:pPr>
      <w:r>
        <w:t>O043  Effemeridi 2000 - 2010</w:t>
      </w:r>
    </w:p>
    <w:p>
      <w:pPr>
        <w:keepNext/>
        <w:widowControl/>
      </w:pPr>
      <w:r>
        <w:t>Ciro Discepolo e Federico Capone</w:t>
      </w:r>
    </w:p>
    <w:p>
      <w:pPr>
        <w:keepNext/>
        <w:widowControl/>
      </w:pPr>
      <w:r>
        <w:t>Prima data documentata: 1999-02. Presente solo nella bibliografia storica.</w:t>
      </w:r>
    </w:p>
    <w:p>
      <w:pPr>
        <w:widowControl/>
        <w:ind w:left="173"/>
      </w:pPr>
      <w:r>
        <w:rPr>
          <w:sz w:val="20"/>
        </w:rPr>
        <w:t>1999-02 · italiano · E038. Effemeridi 2000 - 2010. Editore: Edizioni Federico Capone. Cartaceo, 144 pagine fisiche.</w:t>
      </w:r>
    </w:p>
    <w:p>
      <w:pPr>
        <w:widowControl/>
      </w:pPr>
      <w:r>
        <w:t>Note di verifica: Intestazione storica esplicita conservata: Ciro Discepolo e Federico Capone. Verificare forma normalizzata e identità dei coautori; nessuna aggiunta automatica.</w:t>
      </w:r>
    </w:p>
    <w:p>
      <w:pPr>
        <w:pStyle w:val="Heading2"/>
      </w:pPr>
      <w:r>
        <w:t>O025  Ariete</w:t>
      </w:r>
    </w:p>
    <w:p>
      <w:pPr>
        <w:keepNext/>
        <w:widowControl/>
      </w:pPr>
      <w:r>
        <w:t>Ciro Discepolo</w:t>
      </w:r>
    </w:p>
    <w:p>
      <w:pPr>
        <w:keepNext/>
        <w:widowControl/>
      </w:pPr>
      <w:r>
        <w:t>Prima data documentata: 1999-09. Presente solo nella bibliografia storica.</w:t>
      </w:r>
    </w:p>
    <w:p>
      <w:pPr>
        <w:widowControl/>
        <w:ind w:left="173"/>
      </w:pPr>
      <w:r>
        <w:rPr>
          <w:sz w:val="20"/>
        </w:rPr>
        <w:t>1999-09 · italiano · E021. Ariete. Editore: Blue Diamond Publisher. Cartaceo, 128 pagine fisiche.</w:t>
      </w:r>
    </w:p>
    <w:p>
      <w:pPr>
        <w:pStyle w:val="Heading2"/>
      </w:pPr>
      <w:r>
        <w:t>O031  Breve Guida alla Consultazione Astrologica</w:t>
      </w:r>
    </w:p>
    <w:p>
      <w:pPr>
        <w:keepNext/>
        <w:widowControl/>
      </w:pPr>
      <w:r>
        <w:t>Ciro Discepolo</w:t>
      </w:r>
    </w:p>
    <w:p>
      <w:pPr>
        <w:keepNext/>
        <w:widowControl/>
      </w:pPr>
      <w:r>
        <w:t>Prima data documentata: 1999-09. Presente solo nella bibliografia storica.</w:t>
      </w:r>
    </w:p>
    <w:p>
      <w:pPr>
        <w:widowControl/>
        <w:ind w:left="173"/>
      </w:pPr>
      <w:r>
        <w:rPr>
          <w:sz w:val="20"/>
        </w:rPr>
        <w:t>1999-09 · italiano · E026. Breve Guida alla Consultazione Astrologica. Editore: Edizioni Ricerca '90. Cartaceo, 48 pagine fisiche.</w:t>
      </w:r>
    </w:p>
    <w:p>
      <w:pPr>
        <w:pStyle w:val="Heading2"/>
      </w:pPr>
      <w:r>
        <w:t>O105  I Transiti</w:t>
      </w:r>
    </w:p>
    <w:p>
      <w:pPr>
        <w:keepNext/>
        <w:widowControl/>
      </w:pPr>
      <w:r>
        <w:t>Ciro Discepolo</w:t>
      </w:r>
    </w:p>
    <w:p>
      <w:pPr>
        <w:keepNext/>
        <w:widowControl/>
      </w:pPr>
      <w:r>
        <w:t>Prima data documentata: 2000-01. Presente solo nella bibliografia storica.</w:t>
      </w:r>
    </w:p>
    <w:p>
      <w:pPr>
        <w:widowControl/>
        <w:ind w:left="173"/>
      </w:pPr>
      <w:r>
        <w:rPr>
          <w:sz w:val="20"/>
        </w:rPr>
        <w:t>2000-01 · italiano · E096. I Transiti. Editore: Armenia editore. Cartaceo, 510 pagine fisiche.</w:t>
      </w:r>
    </w:p>
    <w:p>
      <w:pPr>
        <w:widowControl/>
      </w:pPr>
      <w:r>
        <w:t>Note di verifica: Guida ai transiti e I Transiti hanno 510 pagine ma titoli e anni diversi. Possibile nuova edizione/titolo modificato: mantenute schede separate.</w:t>
      </w:r>
    </w:p>
    <w:p>
      <w:pPr>
        <w:pStyle w:val="Heading2"/>
      </w:pPr>
      <w:r>
        <w:t>O092  Le effemeridi dal 1920 al 2000</w:t>
      </w:r>
    </w:p>
    <w:p>
      <w:pPr>
        <w:keepNext/>
        <w:widowControl/>
      </w:pPr>
      <w:r>
        <w:t>Ciro Discepolo</w:t>
      </w:r>
    </w:p>
    <w:p>
      <w:pPr>
        <w:keepNext/>
        <w:widowControl/>
      </w:pPr>
      <w:r>
        <w:t>Prima data documentata: 2000-01. Presente solo nella bibliografia storica.</w:t>
      </w:r>
    </w:p>
    <w:p>
      <w:pPr>
        <w:widowControl/>
        <w:ind w:left="173"/>
      </w:pPr>
      <w:r>
        <w:rPr>
          <w:sz w:val="20"/>
        </w:rPr>
        <w:t>2000-01 · italiano · E085. Le effemeridi dal 1920 al 2000. Editore: Armenia editore. Cartaceo, 530 pagine fisiche.</w:t>
      </w:r>
    </w:p>
    <w:p>
      <w:pPr>
        <w:pStyle w:val="Heading2"/>
      </w:pPr>
      <w:r>
        <w:t>O026  Toro</w:t>
      </w:r>
    </w:p>
    <w:p>
      <w:pPr>
        <w:keepNext/>
        <w:widowControl/>
      </w:pPr>
      <w:r>
        <w:t>Ciro Discepolo</w:t>
      </w:r>
    </w:p>
    <w:p>
      <w:pPr>
        <w:keepNext/>
        <w:widowControl/>
      </w:pPr>
      <w:r>
        <w:t>Prima data documentata: 2000-03. Presente solo nella bibliografia storica.</w:t>
      </w:r>
    </w:p>
    <w:p>
      <w:pPr>
        <w:widowControl/>
        <w:ind w:left="173"/>
      </w:pPr>
      <w:r>
        <w:rPr>
          <w:sz w:val="20"/>
        </w:rPr>
        <w:t>2000-03 · italiano · E022. Toro. Editore: Blue Diamond Publisher. Cartaceo, 128 pagine fisiche.</w:t>
      </w:r>
    </w:p>
    <w:p>
      <w:pPr>
        <w:pStyle w:val="Heading2"/>
      </w:pPr>
      <w:r>
        <w:t>O027  Supporto tecnico alla pratica delle Rivoluzioni Solari Mirate</w:t>
      </w:r>
    </w:p>
    <w:p>
      <w:pPr>
        <w:keepNext/>
        <w:widowControl/>
      </w:pPr>
      <w:r>
        <w:t>Ciro Discepolo</w:t>
      </w:r>
    </w:p>
    <w:p>
      <w:pPr>
        <w:keepNext/>
        <w:widowControl/>
      </w:pPr>
      <w:r>
        <w:t>Prima data documentata: 2000-09. Presente solo nella bibliografia storica.</w:t>
      </w:r>
    </w:p>
    <w:p>
      <w:pPr>
        <w:widowControl/>
        <w:ind w:left="173"/>
      </w:pPr>
      <w:r>
        <w:rPr>
          <w:sz w:val="20"/>
        </w:rPr>
        <w:t>2000-09 · italiano · E023. Supporto tecnico alla pratica delle Rivoluzioni Solari Mirate. Editore: Blue Diamond Publisher. Cartaceo, 136 pagine fisiche.</w:t>
      </w:r>
    </w:p>
    <w:p>
      <w:pPr>
        <w:pStyle w:val="Heading2"/>
      </w:pPr>
      <w:r>
        <w:t>O050  Atlante Geografico per le Rivoluzioni Solari</w:t>
      </w:r>
    </w:p>
    <w:p>
      <w:pPr>
        <w:keepNext/>
        <w:widowControl/>
      </w:pPr>
      <w:r>
        <w:t>Ciro Discepolo e Luigi Galli</w:t>
      </w:r>
    </w:p>
    <w:p>
      <w:pPr>
        <w:keepNext/>
        <w:widowControl/>
      </w:pPr>
      <w:r>
        <w:t>Prima data documentata: 2001-01. Presente solo nella bibliografia storica.</w:t>
      </w:r>
    </w:p>
    <w:p>
      <w:pPr>
        <w:widowControl/>
        <w:ind w:left="173"/>
      </w:pPr>
      <w:r>
        <w:rPr>
          <w:sz w:val="20"/>
        </w:rPr>
        <w:t>2001-01 · italiano · E044. Atlante Geografico per le Rivoluzioni Solari. Editore: Blue Diamond Publisher. Cartaceo, 136 pagine fisiche.</w:t>
      </w:r>
    </w:p>
    <w:p>
      <w:pPr>
        <w:widowControl/>
      </w:pPr>
      <w:r>
        <w:t>Note di verifica: Intestazione storica esplicita conservata: Ciro Discepolo e Luigi Galli. Verificare forma normalizzata e identità dei coautori; nessuna aggiunta automatica.</w:t>
      </w:r>
    </w:p>
    <w:p>
      <w:pPr>
        <w:pStyle w:val="Heading2"/>
      </w:pPr>
      <w:r>
        <w:t>O052  Quattro cose sui compleanni mirati</w:t>
      </w:r>
    </w:p>
    <w:p>
      <w:pPr>
        <w:keepNext/>
        <w:widowControl/>
      </w:pPr>
      <w:r>
        <w:t>Ciro Discepolo</w:t>
      </w:r>
    </w:p>
    <w:p>
      <w:pPr>
        <w:keepNext/>
        <w:widowControl/>
      </w:pPr>
      <w:r>
        <w:t>Prima data documentata: 2001-05. Presente solo nella bibliografia storica.</w:t>
      </w:r>
    </w:p>
    <w:p>
      <w:pPr>
        <w:widowControl/>
        <w:ind w:left="173"/>
      </w:pPr>
      <w:r>
        <w:rPr>
          <w:sz w:val="20"/>
        </w:rPr>
        <w:t>2001-05 · italiano · E046. Quattro cose sui compleanni mirati. Editore: Blue Diamond Publisher. Cartaceo, 104 pagine fisiche.</w:t>
      </w:r>
    </w:p>
    <w:p>
      <w:pPr>
        <w:widowControl/>
      </w:pPr>
      <w:r>
        <w:t>Note di verifica: Quattro cose sui compleanni mirati e A few facts on Aimed Birthdays potrebbero essere versioni linguistiche; titolo non identico e assenza di collegamento esplicito. Nessun accorpamento arbitrario.</w:t>
      </w:r>
    </w:p>
    <w:p>
      <w:pPr>
        <w:pStyle w:val="Heading2"/>
      </w:pPr>
      <w:r>
        <w:t>O078  Nuovo Trattato delle Rivoluzioni Solari</w:t>
      </w:r>
    </w:p>
    <w:p>
      <w:pPr>
        <w:keepNext/>
        <w:widowControl/>
      </w:pPr>
      <w:r>
        <w:t>Ciro Discepolo</w:t>
      </w:r>
    </w:p>
    <w:p>
      <w:pPr>
        <w:keepNext/>
        <w:widowControl/>
      </w:pPr>
      <w:r>
        <w:t>Prima data documentata: 2003-01. Presente nella bibliografia storica e in KDP.</w:t>
      </w:r>
    </w:p>
    <w:p>
      <w:pPr>
        <w:widowControl/>
        <w:ind w:left="173"/>
      </w:pPr>
      <w:r>
        <w:rPr>
          <w:sz w:val="20"/>
        </w:rPr>
        <w:t>2003-01 · italiano · E072. Nuovo Trattato delle Rivoluzioni Solari. Editore: Armenia editore. Cartaceo, 216 pagine fisiche; corrispondenza con il formato KDP da verificare.</w:t>
      </w:r>
    </w:p>
    <w:p>
      <w:pPr>
        <w:widowControl/>
        <w:ind w:left="173"/>
      </w:pPr>
      <w:r>
        <w:rPr>
          <w:sz w:val="20"/>
        </w:rPr>
        <w:t>2013-08 · russo · E074. The New Treatise of Solar Returns in Russian Language. Editore: The Russian High School of Astrology. Paperback, 274 pagine fisiche, ASIN 1491285265; stato Sospeso Online.</w:t>
      </w:r>
    </w:p>
    <w:p>
      <w:pPr>
        <w:widowControl/>
      </w:pPr>
      <w:r>
        <w:t>Storico tecnico escluso dalle edizioni pubblicate: Kindle BLOCCATO (ASIN B00EI2ANA8).</w:t>
      </w:r>
    </w:p>
    <w:p>
      <w:pPr>
        <w:widowControl/>
      </w:pPr>
      <w:r>
        <w:t>Note di verifica: Titolo generico Treatise on Solar Returns in ungherese/russo: non prova quale trattato italiano sia l'origine. Schede separate provvisorie; possibile ulteriore accorpamento dopo verifica. Nuovo Trattato, Solar Returns e Trattato Pratico di Rivoluzioni Solari: rapporto editoriale non documentato con certezza; schede distinte.</w:t>
      </w:r>
    </w:p>
    <w:p>
      <w:pPr>
        <w:pStyle w:val="Heading2"/>
      </w:pPr>
      <w:r>
        <w:t>O104  Nuovo Trattato di Astrologia</w:t>
      </w:r>
    </w:p>
    <w:p>
      <w:pPr>
        <w:keepNext/>
        <w:widowControl/>
      </w:pPr>
      <w:r>
        <w:t>Ciro Discepolo</w:t>
      </w:r>
    </w:p>
    <w:p>
      <w:pPr>
        <w:keepNext/>
        <w:widowControl/>
      </w:pPr>
      <w:r>
        <w:t>Prima data documentata: 2004-01. Presente solo nella bibliografia storica.</w:t>
      </w:r>
    </w:p>
    <w:p>
      <w:pPr>
        <w:widowControl/>
        <w:ind w:left="173"/>
      </w:pPr>
      <w:r>
        <w:rPr>
          <w:sz w:val="20"/>
        </w:rPr>
        <w:t>2004-01 · italiano · E095. Nuovo Trattato di Astrologia. Editore: Edizioni Ricerca '90 e Amazon. Cartaceo, 784 pagine fisiche.</w:t>
      </w:r>
    </w:p>
    <w:p>
      <w:pPr>
        <w:widowControl/>
      </w:pPr>
      <w:r>
        <w:t>Note di verifica: Nuovo Trattato di Astrologia (2004, 784 pp.) e Il Grande Trattato (2020, 784 pp.) potrebbero appartenere alla stessa opera; mancano elementi certi sul cambio di titolo.</w:t>
      </w:r>
    </w:p>
    <w:p>
      <w:pPr>
        <w:pStyle w:val="Heading2"/>
      </w:pPr>
      <w:r>
        <w:t>O077  I Fondamenti dell'Astrologia Medica</w:t>
      </w:r>
    </w:p>
    <w:p>
      <w:pPr>
        <w:keepNext/>
        <w:widowControl/>
      </w:pPr>
      <w:r>
        <w:t>Ciro Discepolo</w:t>
      </w:r>
    </w:p>
    <w:p>
      <w:pPr>
        <w:keepNext/>
        <w:widowControl/>
      </w:pPr>
      <w:r>
        <w:t>Prima data documentata: 2006-01. Presente nella bibliografia storica e in KDP.</w:t>
      </w:r>
    </w:p>
    <w:p>
      <w:pPr>
        <w:widowControl/>
        <w:ind w:left="173"/>
      </w:pPr>
      <w:r>
        <w:rPr>
          <w:sz w:val="20"/>
        </w:rPr>
        <w:t>2006-01 · italiano · E071. I Fondamenti dell'Astrologia Medica. Editore: Armenia editore. Cartaceo, 256 pagine fisiche; corrispondenza con il formato KDP da verificare.</w:t>
      </w:r>
    </w:p>
    <w:p>
      <w:pPr>
        <w:widowControl/>
        <w:ind w:left="173"/>
      </w:pPr>
      <w:r>
        <w:rPr>
          <w:sz w:val="20"/>
        </w:rPr>
        <w:t>2011-02 · inglese · E078. The Fundaments of Medical Astrology. Editore: Edizioni Ricerca '90 e Amazon. Paperback, 238 pagine fisiche, ASIN 1460920821. Kindle, ASIN B005GAMIDG.</w:t>
      </w:r>
    </w:p>
    <w:p>
      <w:pPr>
        <w:widowControl/>
        <w:ind w:left="173"/>
      </w:pPr>
      <w:r>
        <w:rPr>
          <w:sz w:val="20"/>
        </w:rPr>
        <w:t>2012-11 · spagnolo · E079. Fundamentos de la astrologia médica. Editore: Edizioni Ricerca '90 e Amazon. Paperback, 250 pagine fisiche, ASIN 1481032658. Kindle, ASIN B00RPVCDKM.</w:t>
      </w:r>
    </w:p>
    <w:p>
      <w:pPr>
        <w:widowControl/>
        <w:ind w:left="173"/>
      </w:pPr>
      <w:r>
        <w:rPr>
          <w:sz w:val="20"/>
        </w:rPr>
        <w:t>2013-01 · russo · E063. The Fundaments of Medical Astrology in Russian Language. Editore: The Russian High School of Astrology. Cartaceo, 320 pagine fisiche; corrispondenza con il formato KDP da verificare.</w:t>
      </w:r>
    </w:p>
    <w:p>
      <w:pPr>
        <w:widowControl/>
        <w:ind w:left="173"/>
      </w:pPr>
      <w:r>
        <w:rPr>
          <w:sz w:val="20"/>
        </w:rPr>
        <w:t>2020-07-13 · francese · E144. Les Fondaments de l'Astrologie Médicale. Editore: Edizioni Ricerca '90 e Amazon. Paperback, 300 pagine fisiche, ASIN B08DC84FY9.</w:t>
      </w:r>
    </w:p>
    <w:p>
      <w:pPr>
        <w:widowControl/>
        <w:ind w:left="173"/>
      </w:pPr>
      <w:r>
        <w:rPr>
          <w:sz w:val="20"/>
        </w:rPr>
        <w:t>2024-10 · italiano · E165. I FONDAMENTI DELL’ASTROLOGIA MEDICA. Editore: Edizioni Ricerca '90. Paperback, 282 pagine fisiche, ASIN B0DBJ2PM9C.</w:t>
      </w:r>
    </w:p>
    <w:p>
      <w:pPr>
        <w:widowControl/>
        <w:ind w:left="173"/>
      </w:pPr>
      <w:r>
        <w:rPr>
          <w:sz w:val="20"/>
        </w:rPr>
        <w:t>Data non documentata · francese · E304. Les fondements de l'astrologie médicale. Kindle, ASIN B0HG4P9F4R. Traduzione Kindle Translate pubblicata.</w:t>
      </w:r>
    </w:p>
    <w:p>
      <w:pPr>
        <w:widowControl/>
        <w:ind w:left="173"/>
      </w:pPr>
      <w:r>
        <w:rPr>
          <w:sz w:val="20"/>
        </w:rPr>
        <w:t>Data non documentata · italiano · E305. I fondamenti dell'astrologia medica. Kindle, ASIN B0HG54627H. Traduzione Kindle Translate pubblicata.</w:t>
      </w:r>
    </w:p>
    <w:p>
      <w:pPr>
        <w:widowControl/>
        <w:ind w:left="173"/>
      </w:pPr>
      <w:r>
        <w:rPr>
          <w:sz w:val="20"/>
        </w:rPr>
        <w:t>Data non documentata · portoghese brasiliano · E303. Os fundamentos da astrologia médica. Kindle, ASIN B0HG515X2B. Traduzione Kindle Translate pubblicata.</w:t>
      </w:r>
    </w:p>
    <w:p>
      <w:pPr>
        <w:widowControl/>
        <w:ind w:left="173"/>
      </w:pPr>
      <w:r>
        <w:rPr>
          <w:sz w:val="20"/>
        </w:rPr>
        <w:t>Data non documentata · spagnolo · E214. Fundamentos de la Astrología Medica. Kindle, ASIN B00AC2BDE8. Corrispondenza editoriale da verificare manualmente.</w:t>
      </w:r>
    </w:p>
    <w:p>
      <w:pPr>
        <w:widowControl/>
        <w:ind w:left="173"/>
      </w:pPr>
      <w:r>
        <w:rPr>
          <w:sz w:val="20"/>
        </w:rPr>
        <w:t>Data non documentata · spagnolo · E301. Los fundamentos de la astrología médica. Kindle, ASIN B0HG4SDQCV. Traduzione Kindle Translate pubblicata.</w:t>
      </w:r>
    </w:p>
    <w:p>
      <w:pPr>
        <w:widowControl/>
        <w:ind w:left="173"/>
      </w:pPr>
      <w:r>
        <w:rPr>
          <w:sz w:val="20"/>
        </w:rPr>
        <w:t>Data non documentata · tedesco · E302. Die Grundlagen der medizinischen Astrologie. Kindle, ASIN B0HG4SVWQM. Traduzione Kindle Translate pubblicata.</w:t>
      </w:r>
    </w:p>
    <w:p>
      <w:pPr>
        <w:widowControl/>
      </w:pPr>
      <w:r>
        <w:t>Note di verifica: Treatise on Medical Astrologie in Slovenian Language: non identifica esplicitamente I Fondamenti. Mantenuta scheda distinta provvisoria. Seconda edizione italiana con 282 pagine e ottobre 2024 nello storico; KDP invio luglio 2024. Non assimilare data storica e data invio. ASIN distinti nello stesso formato. Conservate schede di edizione distinte; rapporto tra ristampa, nuova edizione o duplicato da verificare.</w:t>
      </w:r>
    </w:p>
    <w:p>
      <w:pPr>
        <w:pStyle w:val="Heading2"/>
      </w:pPr>
      <w:r>
        <w:t>O023  Treatise on Solar Returns (in Hungharian Language)</w:t>
      </w:r>
    </w:p>
    <w:p>
      <w:pPr>
        <w:keepNext/>
        <w:widowControl/>
      </w:pPr>
      <w:r>
        <w:t>Ciro Discepolo</w:t>
      </w:r>
    </w:p>
    <w:p>
      <w:pPr>
        <w:keepNext/>
        <w:widowControl/>
      </w:pPr>
      <w:r>
        <w:t>Prima data documentata: 2006-01. Presente solo nella bibliografia storica.</w:t>
      </w:r>
    </w:p>
    <w:p>
      <w:pPr>
        <w:widowControl/>
        <w:ind w:left="173"/>
      </w:pPr>
      <w:r>
        <w:rPr>
          <w:sz w:val="20"/>
        </w:rPr>
        <w:t>2006-01 · ungherese · E019. Treatise on Solar Returns (in Hungharian Language). Editore: DFT Hungaria. Cartaceo, 192 pagine fisiche.</w:t>
      </w:r>
    </w:p>
    <w:p>
      <w:pPr>
        <w:widowControl/>
      </w:pPr>
      <w:r>
        <w:t>Note di verifica: Titolo generico Treatise on Solar Returns in ungherese/russo: non prova quale trattato italiano sia l'origine. Schede separate provvisorie; possibile ulteriore accorpamento dopo verifica.</w:t>
      </w:r>
    </w:p>
    <w:p>
      <w:pPr>
        <w:pStyle w:val="Heading2"/>
      </w:pPr>
      <w:r>
        <w:t>O102  L'Interpretazione del Tema Natale</w:t>
      </w:r>
    </w:p>
    <w:p>
      <w:pPr>
        <w:keepNext/>
        <w:widowControl/>
      </w:pPr>
      <w:r>
        <w:t>Ciro Discepolo</w:t>
      </w:r>
    </w:p>
    <w:p>
      <w:pPr>
        <w:keepNext/>
        <w:widowControl/>
      </w:pPr>
      <w:r>
        <w:t>Prima data documentata: 2007-01. Presente solo nella bibliografia storica.</w:t>
      </w:r>
    </w:p>
    <w:p>
      <w:pPr>
        <w:widowControl/>
        <w:ind w:left="173"/>
      </w:pPr>
      <w:r>
        <w:rPr>
          <w:sz w:val="20"/>
        </w:rPr>
        <w:t>2007-01 · italiano · E093. L'Interpretazione del Tema Natale. Editore: Armenia editore. Cartaceo, 336 pagine fisiche.</w:t>
      </w:r>
    </w:p>
    <w:p>
      <w:pPr>
        <w:widowControl/>
      </w:pPr>
      <w:r>
        <w:t>Note di verifica: L'Interpretazione del Tema Natale e The Reading of the Natal Chart: relazione possibile ma non esplicita; nessun accorpamento.</w:t>
      </w:r>
    </w:p>
    <w:p>
      <w:pPr>
        <w:pStyle w:val="Heading2"/>
      </w:pPr>
      <w:r>
        <w:t>O111  Treatise on Medical Astrologie in Slovenian Language</w:t>
      </w:r>
    </w:p>
    <w:p>
      <w:pPr>
        <w:keepNext/>
        <w:widowControl/>
      </w:pPr>
      <w:r>
        <w:t>Ciro Discepolo</w:t>
      </w:r>
    </w:p>
    <w:p>
      <w:pPr>
        <w:keepNext/>
        <w:widowControl/>
      </w:pPr>
      <w:r>
        <w:t>Prima data documentata: 2007-02. Presente solo nella bibliografia storica.</w:t>
      </w:r>
    </w:p>
    <w:p>
      <w:pPr>
        <w:widowControl/>
        <w:ind w:left="173"/>
      </w:pPr>
      <w:r>
        <w:rPr>
          <w:sz w:val="20"/>
        </w:rPr>
        <w:t>2007-02 · sloveno · E101. Treatise on Medical Astrologie in Slovenian Language. Editore: Hermes (Zalozba Astroloskega Instituta). Cartaceo, 262 pagine fisiche.</w:t>
      </w:r>
    </w:p>
    <w:p>
      <w:pPr>
        <w:widowControl/>
      </w:pPr>
      <w:r>
        <w:t>Note di verifica: Treatise on Medical Astrologie in Slovenian Language: non identifica esplicitamente I Fondamenti. Mantenuta scheda distinta provvisoria.</w:t>
      </w:r>
    </w:p>
    <w:p>
      <w:pPr>
        <w:pStyle w:val="Heading2"/>
      </w:pPr>
      <w:r>
        <w:t>O014  Ci siamo con la datazione informatica degli avvenimenti?</w:t>
      </w:r>
    </w:p>
    <w:p>
      <w:pPr>
        <w:keepNext/>
        <w:widowControl/>
      </w:pPr>
      <w:r>
        <w:t>Ciro Discepolo e Pino Valente</w:t>
      </w:r>
    </w:p>
    <w:p>
      <w:pPr>
        <w:keepNext/>
        <w:widowControl/>
      </w:pPr>
      <w:r>
        <w:t>Prima data documentata: 2007-03. Presente solo nella bibliografia storica.</w:t>
      </w:r>
    </w:p>
    <w:p>
      <w:pPr>
        <w:widowControl/>
        <w:ind w:left="173"/>
      </w:pPr>
      <w:r>
        <w:rPr>
          <w:sz w:val="20"/>
        </w:rPr>
        <w:t>2007-03 · italiano · E010. Ci siamo con la datazione informatica degli avvenimenti?. Editore: Edizioni Ricerca '90. Cartaceo, 168 pagine fisiche.</w:t>
      </w:r>
    </w:p>
    <w:p>
      <w:pPr>
        <w:widowControl/>
      </w:pPr>
      <w:r>
        <w:t>Note di verifica: Intestazione storica esplicita conservata: Ciro Discepolo e Pino Valente. Verificare forma normalizzata e identità dei coautori; nessuna aggiunta automatica.</w:t>
      </w:r>
    </w:p>
    <w:p>
      <w:pPr>
        <w:pStyle w:val="Heading2"/>
      </w:pPr>
      <w:r>
        <w:t>O020  Lunar Returns and Earth Returns</w:t>
      </w:r>
    </w:p>
    <w:p>
      <w:pPr>
        <w:keepNext/>
        <w:widowControl/>
      </w:pPr>
      <w:r>
        <w:t>Ciro Discepolo</w:t>
      </w:r>
    </w:p>
    <w:p>
      <w:pPr>
        <w:keepNext/>
        <w:widowControl/>
      </w:pPr>
      <w:r>
        <w:t>Prima data documentata: 2008-01. Presente nella bibliografia storica e in KDP.</w:t>
      </w:r>
    </w:p>
    <w:p>
      <w:pPr>
        <w:widowControl/>
        <w:ind w:left="173"/>
      </w:pPr>
      <w:r>
        <w:rPr>
          <w:sz w:val="20"/>
        </w:rPr>
        <w:t>2008-01 · italiano · E107. Rivoluzioni Lunari e Rivoluzioni Terrestri. Editore: Armenia editore. Cartaceo, 252 pagine fisiche; corrispondenza con il formato KDP da verificare.</w:t>
      </w:r>
    </w:p>
    <w:p>
      <w:pPr>
        <w:widowControl/>
        <w:ind w:left="173"/>
      </w:pPr>
      <w:r>
        <w:rPr>
          <w:sz w:val="20"/>
        </w:rPr>
        <w:t>2009-02 · inglese · E016. Lunar Returns and Earth Returns. Editore: Edizioni Ricerca '90 e Amazon. Paperback, 302 pagine fisiche, ASIN 8896447003. Kindle, ASIN B009BQQ6AW.</w:t>
      </w:r>
    </w:p>
    <w:p>
      <w:pPr>
        <w:widowControl/>
        <w:ind w:left="173"/>
      </w:pPr>
      <w:r>
        <w:rPr>
          <w:sz w:val="20"/>
        </w:rPr>
        <w:t>Data non documentata · francese · E292. Révolutions lunaires et révolutions terrestres. Kindle, ASIN B0HG3S5M6Q. Traduzione Kindle Translate pubblicata.</w:t>
      </w:r>
    </w:p>
    <w:p>
      <w:pPr>
        <w:widowControl/>
        <w:ind w:left="173"/>
      </w:pPr>
      <w:r>
        <w:rPr>
          <w:sz w:val="20"/>
        </w:rPr>
        <w:t>Data non documentata · italiano · E294. Rivoluzioni lunari e rivoluzioni terrestri. Kindle, ASIN B0H1NNLYJ8. Traduzione Kindle Translate pubblicata.</w:t>
      </w:r>
    </w:p>
    <w:p>
      <w:pPr>
        <w:widowControl/>
        <w:ind w:left="173"/>
      </w:pPr>
      <w:r>
        <w:rPr>
          <w:sz w:val="20"/>
        </w:rPr>
        <w:t>Data non documentata · portoghese brasiliano · E295. Revoluções lunares e revoluções terrestres. Kindle, ASIN B0HG3BQR26. Traduzione Kindle Translate pubblicata.</w:t>
      </w:r>
    </w:p>
    <w:p>
      <w:pPr>
        <w:widowControl/>
        <w:ind w:left="173"/>
      </w:pPr>
      <w:r>
        <w:rPr>
          <w:sz w:val="20"/>
        </w:rPr>
        <w:t>Data non documentata · spagnolo · E291. Revoluciones lunares y revoluciones terrestres. Kindle, ASIN B0HG3N23LT. Traduzione Kindle Translate pubblicata.</w:t>
      </w:r>
    </w:p>
    <w:p>
      <w:pPr>
        <w:widowControl/>
        <w:ind w:left="173"/>
      </w:pPr>
      <w:r>
        <w:rPr>
          <w:sz w:val="20"/>
        </w:rPr>
        <w:t>Data non documentata · tedesco · E293. Lunarrückkehr und Erdrückkehr. Kindle, ASIN B0GX2WRJ8C. Traduzione Kindle Translate pubblicata.</w:t>
      </w:r>
    </w:p>
    <w:p>
      <w:pPr>
        <w:pStyle w:val="Heading2"/>
      </w:pPr>
      <w:r>
        <w:t>O037  Treatise on Solar Returns in Russian Language</w:t>
      </w:r>
    </w:p>
    <w:p>
      <w:pPr>
        <w:keepNext/>
        <w:widowControl/>
      </w:pPr>
      <w:r>
        <w:t>Ciro Discepolo</w:t>
      </w:r>
    </w:p>
    <w:p>
      <w:pPr>
        <w:keepNext/>
        <w:widowControl/>
      </w:pPr>
      <w:r>
        <w:t>Prima data documentata: 2009-01. Presente solo nella bibliografia storica.</w:t>
      </w:r>
    </w:p>
    <w:p>
      <w:pPr>
        <w:widowControl/>
        <w:ind w:left="173"/>
      </w:pPr>
      <w:r>
        <w:rPr>
          <w:sz w:val="20"/>
        </w:rPr>
        <w:t>2009-01 · russo · E032. Treatise on Solar Returns in Russian Language. Editore: Atrolog.ru. Cartaceo, 204 pagine fisiche.</w:t>
      </w:r>
    </w:p>
    <w:p>
      <w:pPr>
        <w:widowControl/>
      </w:pPr>
      <w:r>
        <w:t>Note di verifica: Titolo generico Treatise on Solar Returns in ungherese/russo: non prova quale trattato italiano sia l'origine. Schede separate provvisorie; possibile ulteriore accorpamento dopo verifica.</w:t>
      </w:r>
    </w:p>
    <w:p>
      <w:pPr>
        <w:pStyle w:val="Heading2"/>
      </w:pPr>
      <w:r>
        <w:t>O067  Aimed Solar Returns A Short Album Volume 1</w:t>
      </w:r>
    </w:p>
    <w:p>
      <w:pPr>
        <w:keepNext/>
        <w:widowControl/>
      </w:pPr>
      <w:r>
        <w:t>Ciro Discepolo</w:t>
      </w:r>
    </w:p>
    <w:p>
      <w:pPr>
        <w:keepNext/>
        <w:widowControl/>
      </w:pPr>
      <w:r>
        <w:t>Prima data documentata: 2009-11. Presente solo nella bibliografia storica.</w:t>
      </w:r>
    </w:p>
    <w:p>
      <w:pPr>
        <w:widowControl/>
        <w:ind w:left="173"/>
      </w:pPr>
      <w:r>
        <w:rPr>
          <w:sz w:val="20"/>
        </w:rPr>
        <w:t>2009-11 · inglese · E061. Aimed Solar Returns A Short Album Volume 1. Editore: Edizioni Ricerca '90. Cartaceo, 108 pagine fisiche.</w:t>
      </w:r>
    </w:p>
    <w:p>
      <w:pPr>
        <w:pStyle w:val="Heading2"/>
      </w:pPr>
      <w:r>
        <w:t>O006  I Simboli Planetari</w:t>
      </w:r>
    </w:p>
    <w:p>
      <w:pPr>
        <w:keepNext/>
        <w:widowControl/>
      </w:pPr>
      <w:r>
        <w:t>Ciro Discepolo e Michele Rossena</w:t>
      </w:r>
    </w:p>
    <w:p>
      <w:pPr>
        <w:keepNext/>
        <w:widowControl/>
      </w:pPr>
      <w:r>
        <w:t>Prima data documentata: 2010-01. Presente solo nella bibliografia storica.</w:t>
      </w:r>
    </w:p>
    <w:p>
      <w:pPr>
        <w:widowControl/>
        <w:ind w:left="173"/>
      </w:pPr>
      <w:r>
        <w:rPr>
          <w:sz w:val="20"/>
        </w:rPr>
        <w:t>2010-01 · italiano · E004. I Simboli Planetari. Editore: Armenia editore. Cartaceo, 286 pagine fisiche.</w:t>
      </w:r>
    </w:p>
    <w:p>
      <w:pPr>
        <w:widowControl/>
      </w:pPr>
      <w:r>
        <w:t>Note di verifica: Intestazione storica esplicita conservata: Ciro Discepolo e Michele Rossena. Verificare forma normalizzata e identità dei coautori; nessuna aggiunta automatica.</w:t>
      </w:r>
    </w:p>
    <w:p>
      <w:pPr>
        <w:pStyle w:val="Heading2"/>
      </w:pPr>
      <w:r>
        <w:t>O056  Lunar Returns</w:t>
      </w:r>
    </w:p>
    <w:p>
      <w:pPr>
        <w:keepNext/>
        <w:widowControl/>
      </w:pPr>
      <w:r>
        <w:t>Ciro Discepolo</w:t>
      </w:r>
    </w:p>
    <w:p>
      <w:pPr>
        <w:keepNext/>
        <w:widowControl/>
      </w:pPr>
      <w:r>
        <w:t>Prima data documentata: 2010-12. Presente nella bibliografia storica e in KDP.</w:t>
      </w:r>
    </w:p>
    <w:p>
      <w:pPr>
        <w:widowControl/>
        <w:ind w:left="173"/>
      </w:pPr>
      <w:r>
        <w:rPr>
          <w:sz w:val="20"/>
        </w:rPr>
        <w:t>2010-12 · inglese · E050. Lunar Returns. Editore: Edizioni Ricerca '90 e Amazon. Paperback, 240 pagine fisiche, ASIN 8896447054. Kindle, ASIN B008VI1W00.</w:t>
      </w:r>
    </w:p>
    <w:p>
      <w:pPr>
        <w:widowControl/>
        <w:ind w:left="173"/>
      </w:pPr>
      <w:r>
        <w:rPr>
          <w:sz w:val="20"/>
        </w:rPr>
        <w:t>2013-01 · russo · E051. Lunar Returns in Russian Language. Editore: The Russian High School of Astrology. Cartaceo, 304 pagine fisiche; corrispondenza con il formato KDP da verificare.</w:t>
      </w:r>
    </w:p>
    <w:p>
      <w:pPr>
        <w:pStyle w:val="Heading2"/>
      </w:pPr>
      <w:r>
        <w:t>O110  A few facts on Aimed Birthdays</w:t>
      </w:r>
    </w:p>
    <w:p>
      <w:pPr>
        <w:keepNext/>
        <w:widowControl/>
      </w:pPr>
      <w:r>
        <w:t>Ciro Discepolo</w:t>
      </w:r>
    </w:p>
    <w:p>
      <w:pPr>
        <w:keepNext/>
        <w:widowControl/>
      </w:pPr>
      <w:r>
        <w:t>Prima data documentata: 2011-01. Presente nella bibliografia storica e in KDP.</w:t>
      </w:r>
    </w:p>
    <w:p>
      <w:pPr>
        <w:widowControl/>
        <w:ind w:left="173"/>
      </w:pPr>
      <w:r>
        <w:rPr>
          <w:sz w:val="20"/>
        </w:rPr>
        <w:t>2011-01 · inglese · E100. A few facts on Aimed Birthdays. Editore: Edizioni Ricerca '90 e Amazon. Paperback, 104 pagine fisiche, ASIN 1456576364.</w:t>
      </w:r>
    </w:p>
    <w:p>
      <w:pPr>
        <w:widowControl/>
      </w:pPr>
      <w:r>
        <w:t>Note di verifica: Quattro cose sui compleanni mirati e A few facts on Aimed Birthdays potrebbero essere versioni linguistiche; titolo non identico e assenza di collegamento esplicito. Nessun accorpamento arbitrario.</w:t>
      </w:r>
    </w:p>
    <w:p>
      <w:pPr>
        <w:pStyle w:val="Heading2"/>
      </w:pPr>
      <w:r>
        <w:t>O061  The Protocol for correction of birth time</w:t>
      </w:r>
    </w:p>
    <w:p>
      <w:pPr>
        <w:keepNext/>
        <w:widowControl/>
      </w:pPr>
      <w:r>
        <w:t>Ciro Discepolo</w:t>
      </w:r>
    </w:p>
    <w:p>
      <w:pPr>
        <w:keepNext/>
        <w:widowControl/>
      </w:pPr>
      <w:r>
        <w:t>Prima data documentata: 2011-01. Presente nella bibliografia storica e in KDP.</w:t>
      </w:r>
    </w:p>
    <w:p>
      <w:pPr>
        <w:widowControl/>
        <w:ind w:left="173"/>
      </w:pPr>
      <w:r>
        <w:rPr>
          <w:sz w:val="20"/>
        </w:rPr>
        <w:t>2011-01 · inglese · E055. The Protocol for correction of birth time. Editore: Edizioni Ricerca '90 e Amazon. Paperback, 156 pagine fisiche, ASIN 8896447089. Kindle, ASIN B005HASR9E.</w:t>
      </w:r>
    </w:p>
    <w:p>
      <w:pPr>
        <w:widowControl/>
        <w:ind w:left="173"/>
      </w:pPr>
      <w:r>
        <w:rPr>
          <w:sz w:val="20"/>
        </w:rPr>
        <w:t>Data non documentata · francese · E278. Le protocole de correction de l'heure de naissance. Kindle, ASIN B0HHWVSCNL. Traduzione Kindle Translate pubblicata.</w:t>
      </w:r>
    </w:p>
    <w:p>
      <w:pPr>
        <w:widowControl/>
        <w:ind w:left="173"/>
      </w:pPr>
      <w:r>
        <w:rPr>
          <w:sz w:val="20"/>
        </w:rPr>
        <w:t>Data non documentata · italiano · E277. Il protocollo per la correzione dell'ora di nascita. Kindle, ASIN B0HHWG828B. Traduzione Kindle Translate pubblicata.</w:t>
      </w:r>
    </w:p>
    <w:p>
      <w:pPr>
        <w:widowControl/>
        <w:ind w:left="173"/>
      </w:pPr>
      <w:r>
        <w:rPr>
          <w:sz w:val="20"/>
        </w:rPr>
        <w:t>Data non documentata · portoghese brasiliano · E279. O protocolo para correção do horário de nascimento. Kindle, ASIN B0HHX7K72Q. Traduzione Kindle Translate pubblicata.</w:t>
      </w:r>
    </w:p>
    <w:p>
      <w:pPr>
        <w:widowControl/>
        <w:ind w:left="173"/>
      </w:pPr>
      <w:r>
        <w:rPr>
          <w:sz w:val="20"/>
        </w:rPr>
        <w:t>Data non documentata · spagnolo · E276. El protocolo para la corrección de la hora de nacimiento. Kindle, ASIN B0HHWCRHL5. Traduzione Kindle Translate pubblicata.</w:t>
      </w:r>
    </w:p>
    <w:p>
      <w:pPr>
        <w:widowControl/>
        <w:ind w:left="173"/>
      </w:pPr>
      <w:r>
        <w:rPr>
          <w:sz w:val="20"/>
        </w:rPr>
        <w:t>Data non documentata · tedesco · E280. Das Protokoll zur Korrektur der Geburtszeit. Kindle, ASIN B0HHWJNCKD. Traduzione Kindle Translate pubblicata.</w:t>
      </w:r>
    </w:p>
    <w:p>
      <w:pPr>
        <w:pStyle w:val="Heading2"/>
      </w:pPr>
      <w:r>
        <w:t>O054  Ritornos Solares Y Lunares Dirigidos</w:t>
      </w:r>
    </w:p>
    <w:p>
      <w:pPr>
        <w:keepNext/>
        <w:widowControl/>
      </w:pPr>
      <w:r>
        <w:t>Ciro Discepolo</w:t>
      </w:r>
    </w:p>
    <w:p>
      <w:pPr>
        <w:keepNext/>
        <w:widowControl/>
      </w:pPr>
      <w:r>
        <w:t>Prima data documentata: 2011-05. Presente nella bibliografia storica e in KDP.</w:t>
      </w:r>
    </w:p>
    <w:p>
      <w:pPr>
        <w:widowControl/>
        <w:ind w:left="173"/>
      </w:pPr>
      <w:r>
        <w:rPr>
          <w:sz w:val="20"/>
        </w:rPr>
        <w:t>2011-05 · inglese · E054. Aimed Solar and Lunar Returns. Editore: Edizioni Ricerca '90 e Amazon. Paperback, 220 pagine fisiche, ASIN 8896447038. Kindle, ASIN B003CYLX0C.</w:t>
      </w:r>
    </w:p>
    <w:p>
      <w:pPr>
        <w:widowControl/>
        <w:ind w:left="173"/>
      </w:pPr>
      <w:r>
        <w:rPr>
          <w:sz w:val="20"/>
        </w:rPr>
        <w:t>2014-03 · spagnolo · E048. Ritornos Solares Y Lunares Dirigidos. Editore: Edizioni Ricerca '90 e Amazon. Paperback, 216 pagine fisiche, ASIN 1497305497.</w:t>
      </w:r>
    </w:p>
    <w:p>
      <w:pPr>
        <w:pStyle w:val="Heading2"/>
      </w:pPr>
      <w:r>
        <w:t>O068  Solar Returns</w:t>
      </w:r>
    </w:p>
    <w:p>
      <w:pPr>
        <w:keepNext/>
        <w:widowControl/>
      </w:pPr>
      <w:r>
        <w:t>Ciro Discepolo</w:t>
      </w:r>
    </w:p>
    <w:p>
      <w:pPr>
        <w:keepNext/>
        <w:widowControl/>
      </w:pPr>
      <w:r>
        <w:t>Prima data documentata: 2011-06. Presente nella bibliografia storica e in KDP.</w:t>
      </w:r>
    </w:p>
    <w:p>
      <w:pPr>
        <w:widowControl/>
        <w:ind w:left="173"/>
      </w:pPr>
      <w:r>
        <w:rPr>
          <w:sz w:val="20"/>
        </w:rPr>
        <w:t>2011-06 · inglese · E062. Solar Returns. Editore: Edizioni Ricerca '90 e Amazon. Paperback, 228 pagine fisiche, ASIN 1463656580. Kindle, ASIN B005GYANKC.</w:t>
      </w:r>
    </w:p>
    <w:p>
      <w:pPr>
        <w:widowControl/>
        <w:ind w:left="173"/>
      </w:pPr>
      <w:r>
        <w:rPr>
          <w:sz w:val="20"/>
        </w:rPr>
        <w:t>Data non documentata · francese · E282. Révolutions solaires. Kindle, ASIN B0H7QNYBS8. Traduzione Kindle Translate pubblicata.</w:t>
      </w:r>
    </w:p>
    <w:p>
      <w:pPr>
        <w:widowControl/>
        <w:ind w:left="173"/>
      </w:pPr>
      <w:r>
        <w:rPr>
          <w:sz w:val="20"/>
        </w:rPr>
        <w:t>Data non documentata · italiano · E281. Rivoluzioni solari. Kindle, ASIN B0H4S2V76V. Traduzione Kindle Translate pubblicata.</w:t>
      </w:r>
    </w:p>
    <w:p>
      <w:pPr>
        <w:widowControl/>
        <w:ind w:left="173"/>
      </w:pPr>
      <w:r>
        <w:rPr>
          <w:sz w:val="20"/>
        </w:rPr>
        <w:t>Data non documentata · portoghese brasiliano · E283. Revoluções solares. Kindle, ASIN B0GX2Z2MMX. Traduzione Kindle Translate pubblicata.</w:t>
      </w:r>
    </w:p>
    <w:p>
      <w:pPr>
        <w:widowControl/>
        <w:ind w:left="173"/>
      </w:pPr>
      <w:r>
        <w:rPr>
          <w:sz w:val="20"/>
        </w:rPr>
        <w:t>Data non documentata · spagnolo · E284. Revoluciones solares. Kindle, ASIN B0GX315D72. Traduzione Kindle Translate pubblicata.</w:t>
      </w:r>
    </w:p>
    <w:p>
      <w:pPr>
        <w:widowControl/>
        <w:ind w:left="173"/>
      </w:pPr>
      <w:r>
        <w:rPr>
          <w:sz w:val="20"/>
        </w:rPr>
        <w:t>Data non documentata · tedesco · E285. Solare. Kindle, ASIN B0H2VTK14B. Traduzione Kindle Translate pubblicata.</w:t>
      </w:r>
    </w:p>
    <w:p>
      <w:pPr>
        <w:widowControl/>
      </w:pPr>
      <w:r>
        <w:t>Note di verifica: Nuovo Trattato, Solar Returns e Trattato Pratico di Rivoluzioni Solari: rapporto editoriale non documentato con certezza; schede distinte.</w:t>
      </w:r>
    </w:p>
    <w:p>
      <w:pPr>
        <w:pStyle w:val="Heading2"/>
      </w:pPr>
      <w:r>
        <w:t>O072  Solar and Lunar Returns: Many Exercises</w:t>
      </w:r>
    </w:p>
    <w:p>
      <w:pPr>
        <w:keepNext/>
        <w:widowControl/>
      </w:pPr>
      <w:r>
        <w:t>Ciro Discepolo</w:t>
      </w:r>
    </w:p>
    <w:p>
      <w:pPr>
        <w:keepNext/>
        <w:widowControl/>
      </w:pPr>
      <w:r>
        <w:t>Prima data documentata: 2011-07. Presente nella bibliografia storica e in KDP.</w:t>
      </w:r>
    </w:p>
    <w:p>
      <w:pPr>
        <w:widowControl/>
        <w:ind w:left="173"/>
      </w:pPr>
      <w:r>
        <w:rPr>
          <w:sz w:val="20"/>
        </w:rPr>
        <w:t>2011-07 · inglese · E066. Solar and Lunar Returns: Many Exercises. Editore: Edizioni Ricerca '90 e Amazon. Paperback, 154 pagine fisiche, ASIN 1463723695. Kindle, ASIN B0HHMTBC5G.</w:t>
      </w:r>
    </w:p>
    <w:p>
      <w:pPr>
        <w:widowControl/>
        <w:ind w:left="173"/>
      </w:pPr>
      <w:r>
        <w:rPr>
          <w:sz w:val="20"/>
        </w:rPr>
        <w:t>Data non documentata · francese · E225. Révolutions solaires et lunaires : nombreux exercices. Kindle, ASIN B0HHN9KZX4. Traduzione Kindle Translate pubblicata.</w:t>
      </w:r>
    </w:p>
    <w:p>
      <w:pPr>
        <w:widowControl/>
        <w:ind w:left="173"/>
      </w:pPr>
      <w:r>
        <w:rPr>
          <w:sz w:val="20"/>
        </w:rPr>
        <w:t>Data non documentata · italiano · E222. Rivoluzioni solari e lunari: molti esercizi. Kindle, ASIN B0HHNM1TS1. Traduzione Kindle Translate pubblicata.</w:t>
      </w:r>
    </w:p>
    <w:p>
      <w:pPr>
        <w:widowControl/>
        <w:ind w:left="173"/>
      </w:pPr>
      <w:r>
        <w:rPr>
          <w:sz w:val="20"/>
        </w:rPr>
        <w:t>Data non documentata · portoghese brasiliano · E224. Revoluções solares e lunares: muitos exercícios. Kindle, ASIN B0HHNHW2MG. Traduzione Kindle Translate pubblicata.</w:t>
      </w:r>
    </w:p>
    <w:p>
      <w:pPr>
        <w:widowControl/>
        <w:ind w:left="173"/>
      </w:pPr>
      <w:r>
        <w:rPr>
          <w:sz w:val="20"/>
        </w:rPr>
        <w:t>Data non documentata · spagnolo · E226. Revoluciones solares y lunares: muchos ejercicios. Kindle, ASIN B0HHNQR57G. Traduzione Kindle Translate pubblicata.</w:t>
      </w:r>
    </w:p>
    <w:p>
      <w:pPr>
        <w:widowControl/>
        <w:ind w:left="173"/>
      </w:pPr>
      <w:r>
        <w:rPr>
          <w:sz w:val="20"/>
        </w:rPr>
        <w:t>Data non documentata · tedesco · E223. Solare und Lunare: Viele Übungen. Kindle, ASIN B0HHNKZ2HF. Traduzione Kindle Translate pubblicata.</w:t>
      </w:r>
    </w:p>
    <w:p>
      <w:pPr>
        <w:pStyle w:val="Heading2"/>
      </w:pPr>
      <w:r>
        <w:t>O062  Relocating Solar Return</w:t>
      </w:r>
    </w:p>
    <w:p>
      <w:pPr>
        <w:keepNext/>
        <w:widowControl/>
      </w:pPr>
      <w:r>
        <w:t>Ciro Discepolo &amp; Luciano Drusetta</w:t>
      </w:r>
    </w:p>
    <w:p>
      <w:pPr>
        <w:keepNext/>
        <w:widowControl/>
      </w:pPr>
      <w:r>
        <w:t>Prima data documentata: 2011-11. Presente nella bibliografia storica e in KDP.</w:t>
      </w:r>
    </w:p>
    <w:p>
      <w:pPr>
        <w:widowControl/>
        <w:ind w:left="173"/>
      </w:pPr>
      <w:r>
        <w:rPr>
          <w:sz w:val="20"/>
        </w:rPr>
        <w:t>2011-11 · inglese · E056. Relocating Solar Return. Editore: Edizioni Ricerca '90. Paperback, 136 pagine fisiche, ASIN 146648859X. Kindle, ASIN B009IRAOFC.</w:t>
      </w:r>
    </w:p>
    <w:p>
      <w:pPr>
        <w:pStyle w:val="Heading2"/>
      </w:pPr>
      <w:r>
        <w:t>O087  Revisione dell'Astrologia</w:t>
      </w:r>
    </w:p>
    <w:p>
      <w:pPr>
        <w:keepNext/>
        <w:widowControl/>
      </w:pPr>
      <w:r>
        <w:t>Ciro Discepolo</w:t>
      </w:r>
    </w:p>
    <w:p>
      <w:pPr>
        <w:keepNext/>
        <w:widowControl/>
      </w:pPr>
      <w:r>
        <w:t>Prima data documentata: 2012-01. Presente solo nella bibliografia storica.</w:t>
      </w:r>
    </w:p>
    <w:p>
      <w:pPr>
        <w:widowControl/>
        <w:ind w:left="173"/>
      </w:pPr>
      <w:r>
        <w:rPr>
          <w:sz w:val="20"/>
        </w:rPr>
        <w:t>2012-01 · italiano · E080. Revisione dell'Astrologia. Editore: Armenia editore. Cartaceo, 224 pagine fisiche.</w:t>
      </w:r>
    </w:p>
    <w:p>
      <w:pPr>
        <w:pStyle w:val="Heading2"/>
      </w:pPr>
      <w:r>
        <w:t>O058  Valutate la vostra sinastria</w:t>
      </w:r>
    </w:p>
    <w:p>
      <w:pPr>
        <w:keepNext/>
        <w:widowControl/>
      </w:pPr>
      <w:r>
        <w:t>Ciro Discepolo &amp; Danila Madau Perra</w:t>
      </w:r>
    </w:p>
    <w:p>
      <w:pPr>
        <w:keepNext/>
        <w:widowControl/>
      </w:pPr>
      <w:r>
        <w:t>Prima data documentata: 2012-02. Presente nella bibliografia storica e in KDP.</w:t>
      </w:r>
    </w:p>
    <w:p>
      <w:pPr>
        <w:widowControl/>
        <w:ind w:left="173"/>
      </w:pPr>
      <w:r>
        <w:rPr>
          <w:sz w:val="20"/>
        </w:rPr>
        <w:t>2012-02 · inglese · E067. Evaluate your synastry. Editore: Edizioni Ricerca '90 e Amazon. Paperback, 160 pagine fisiche, ASIN 1470050331. Kindle, ASIN B009JKBB3M.</w:t>
      </w:r>
    </w:p>
    <w:p>
      <w:pPr>
        <w:widowControl/>
        <w:ind w:left="173"/>
      </w:pPr>
      <w:r>
        <w:rPr>
          <w:sz w:val="20"/>
        </w:rPr>
        <w:t>2013-10 · italiano · E052. Valutate la vostra sinastria. Editore: Edizioni Ricerca '90 e Amazon. Paperback, 166 pagine fisiche, ASIN 1492972142. Kindle, ASIN B00G99TMZU.</w:t>
      </w:r>
    </w:p>
    <w:p>
      <w:pPr>
        <w:pStyle w:val="Heading2"/>
      </w:pPr>
      <w:r>
        <w:t>O053  The Reading of the Natal Chart</w:t>
      </w:r>
    </w:p>
    <w:p>
      <w:pPr>
        <w:keepNext/>
        <w:widowControl/>
      </w:pPr>
      <w:r>
        <w:t>Ciro Discepolo</w:t>
      </w:r>
    </w:p>
    <w:p>
      <w:pPr>
        <w:keepNext/>
        <w:widowControl/>
      </w:pPr>
      <w:r>
        <w:t>Prima data documentata: 2012-06. Presente nella bibliografia storica e in KDP.</w:t>
      </w:r>
    </w:p>
    <w:p>
      <w:pPr>
        <w:widowControl/>
        <w:ind w:left="173"/>
      </w:pPr>
      <w:r>
        <w:rPr>
          <w:sz w:val="20"/>
        </w:rPr>
        <w:t>2012-06 · inglese · E047. The Reading of the Natal Chart. Editore: Edizioni Ricerca '90 e Amazon. Paperback, 400 pagine fisiche, ASIN 1477652612. Kindle, ASIN B008WJV5E6.</w:t>
      </w:r>
    </w:p>
    <w:p>
      <w:pPr>
        <w:widowControl/>
        <w:ind w:left="173"/>
      </w:pPr>
      <w:r>
        <w:rPr>
          <w:sz w:val="20"/>
        </w:rPr>
        <w:t>Data non documentata · francese · E257. La lecture du thème natal. Kindle, ASIN B0HGDXC1ZV. Traduzione Kindle Translate pubblicata.</w:t>
      </w:r>
    </w:p>
    <w:p>
      <w:pPr>
        <w:widowControl/>
        <w:ind w:left="173"/>
      </w:pPr>
      <w:r>
        <w:rPr>
          <w:sz w:val="20"/>
        </w:rPr>
        <w:t>Data non documentata · italiano · E258. La lettura del tema natale. Kindle, ASIN B0HGDZ4L9D. Traduzione Kindle Translate pubblicata.</w:t>
      </w:r>
    </w:p>
    <w:p>
      <w:pPr>
        <w:widowControl/>
        <w:ind w:left="173"/>
      </w:pPr>
      <w:r>
        <w:rPr>
          <w:sz w:val="20"/>
        </w:rPr>
        <w:t>Data non documentata · portoghese brasiliano · E260. A leitura do mapa natal. Kindle, ASIN B0HGDSPB5B. Traduzione Kindle Translate pubblicata.</w:t>
      </w:r>
    </w:p>
    <w:p>
      <w:pPr>
        <w:widowControl/>
        <w:ind w:left="173"/>
      </w:pPr>
      <w:r>
        <w:rPr>
          <w:sz w:val="20"/>
        </w:rPr>
        <w:t>Data non documentata · spagnolo · E259. La lectura de la carta natal. Kindle, ASIN B0HGF14S4C. Traduzione Kindle Translate pubblicata.</w:t>
      </w:r>
    </w:p>
    <w:p>
      <w:pPr>
        <w:widowControl/>
        <w:ind w:left="173"/>
      </w:pPr>
      <w:r>
        <w:rPr>
          <w:sz w:val="20"/>
        </w:rPr>
        <w:t>Data non documentata · tedesco · E256. Die Deutung des Geburtshoroskops. Kindle, ASIN B0HGDSQ8H3. Traduzione Kindle Translate pubblicata.</w:t>
      </w:r>
    </w:p>
    <w:p>
      <w:pPr>
        <w:widowControl/>
      </w:pPr>
      <w:r>
        <w:t>Note di verifica: L'Interpretazione del Tema Natale e The Reading of the Natal Chart: relazione possibile ma non esplicita; nessun accorpamento.</w:t>
      </w:r>
    </w:p>
    <w:p>
      <w:pPr>
        <w:pStyle w:val="Heading2"/>
      </w:pPr>
      <w:r>
        <w:t>O066  Elective Astrology</w:t>
      </w:r>
    </w:p>
    <w:p>
      <w:pPr>
        <w:keepNext/>
        <w:widowControl/>
      </w:pPr>
      <w:r>
        <w:t>Ciro Discepolo</w:t>
      </w:r>
    </w:p>
    <w:p>
      <w:pPr>
        <w:keepNext/>
        <w:widowControl/>
      </w:pPr>
      <w:r>
        <w:t>Prima data documentata: 2012-07. Presente nella bibliografia storica e in KDP.</w:t>
      </w:r>
    </w:p>
    <w:p>
      <w:pPr>
        <w:widowControl/>
        <w:ind w:left="173"/>
      </w:pPr>
      <w:r>
        <w:rPr>
          <w:sz w:val="20"/>
        </w:rPr>
        <w:t>2012-07 · inglese · E060. Elective Astrology. Editore: Edizioni Ricerca '90 e Amazon. Paperback, 106 pagine fisiche, ASIN 1478294566. Kindle, ASIN B008YBFLTC.</w:t>
      </w:r>
    </w:p>
    <w:p>
      <w:pPr>
        <w:widowControl/>
        <w:ind w:left="173"/>
      </w:pPr>
      <w:r>
        <w:rPr>
          <w:sz w:val="20"/>
        </w:rPr>
        <w:t>2014-10 · italiano · E097. Astrologia Elettiva. Editore: Edizioni Ricerca '90 e Amazon. Paperback, 110 pagine fisiche, ASIN 1502942380. Kindle, ASIN B00PTAYA0C.</w:t>
      </w:r>
    </w:p>
    <w:p>
      <w:pPr>
        <w:widowControl/>
        <w:ind w:left="173"/>
      </w:pPr>
      <w:r>
        <w:rPr>
          <w:sz w:val="20"/>
        </w:rPr>
        <w:t>Data non documentata · francese · E266. Astrologie élective. Kindle, ASIN B0HH8PM1BK. Traduzione Kindle Translate pubblicata.</w:t>
      </w:r>
    </w:p>
    <w:p>
      <w:pPr>
        <w:widowControl/>
        <w:ind w:left="173"/>
      </w:pPr>
      <w:r>
        <w:rPr>
          <w:sz w:val="20"/>
        </w:rPr>
        <w:t>Data non documentata · italiano · E270. Astrologia elettiva. Kindle, ASIN B0HH8X3WKN. Traduzione Kindle Translate pubblicata.</w:t>
      </w:r>
    </w:p>
    <w:p>
      <w:pPr>
        <w:widowControl/>
        <w:ind w:left="173"/>
      </w:pPr>
      <w:r>
        <w:rPr>
          <w:sz w:val="20"/>
        </w:rPr>
        <w:t>Data non documentata · portoghese brasiliano · E268. Astrologia eletiva. Kindle, ASIN B0HH8PCG6Z. Traduzione Kindle Translate pubblicata.</w:t>
      </w:r>
    </w:p>
    <w:p>
      <w:pPr>
        <w:widowControl/>
        <w:ind w:left="173"/>
      </w:pPr>
      <w:r>
        <w:rPr>
          <w:sz w:val="20"/>
        </w:rPr>
        <w:t>Data non documentata · spagnolo · E269. Astrología electiva. Kindle, ASIN B0HH8SQ3JJ. Traduzione Kindle Translate pubblicata.</w:t>
      </w:r>
    </w:p>
    <w:p>
      <w:pPr>
        <w:widowControl/>
        <w:ind w:left="173"/>
      </w:pPr>
      <w:r>
        <w:rPr>
          <w:sz w:val="20"/>
        </w:rPr>
        <w:t>Data non documentata · tedesco · E267. Elektionsastrologie. Kindle, ASIN B0HH8N681N. Traduzione Kindle Translate pubblicata.</w:t>
      </w:r>
    </w:p>
    <w:p>
      <w:pPr>
        <w:pStyle w:val="Heading2"/>
      </w:pPr>
      <w:r>
        <w:t>O116  Arts&amp;Stars</w:t>
      </w:r>
    </w:p>
    <w:p>
      <w:pPr>
        <w:keepNext/>
        <w:widowControl/>
      </w:pPr>
      <w:r>
        <w:t>Ciro Discepolo</w:t>
      </w:r>
    </w:p>
    <w:p>
      <w:pPr>
        <w:keepNext/>
        <w:widowControl/>
      </w:pPr>
      <w:r>
        <w:t>Prima data documentata: 2013-01. Presente nella bibliografia storica e in KDP.</w:t>
      </w:r>
    </w:p>
    <w:p>
      <w:pPr>
        <w:widowControl/>
        <w:ind w:left="173"/>
      </w:pPr>
      <w:r>
        <w:rPr>
          <w:sz w:val="20"/>
        </w:rPr>
        <w:t>2013-01 · inglese · E105. Arts&amp;Stars. Editore: Edizioni Ricerca '90 e Amazon. Paperback, 206 pagine fisiche, ASIN 1493585614. Kindle, ASIN B00GDICDOY.</w:t>
      </w:r>
    </w:p>
    <w:p>
      <w:pPr>
        <w:widowControl/>
        <w:ind w:left="173"/>
      </w:pPr>
      <w:r>
        <w:rPr>
          <w:sz w:val="20"/>
        </w:rPr>
        <w:t>Data non documentata · francese · E300. Arts&amp;Astres. Kindle, ASIN B0HFC7VJR2. Traduzione Kindle Translate pubblicata.</w:t>
      </w:r>
    </w:p>
    <w:p>
      <w:pPr>
        <w:widowControl/>
        <w:ind w:left="173"/>
      </w:pPr>
      <w:r>
        <w:rPr>
          <w:sz w:val="20"/>
        </w:rPr>
        <w:t>Data non documentata · italiano · E296. Arti &amp; Astri. Kindle, ASIN B0HFCCHVPN. Traduzione Kindle Translate pubblicata.</w:t>
      </w:r>
    </w:p>
    <w:p>
      <w:pPr>
        <w:widowControl/>
        <w:ind w:left="173"/>
      </w:pPr>
      <w:r>
        <w:rPr>
          <w:sz w:val="20"/>
        </w:rPr>
        <w:t>Data non documentata · portoghese brasiliano · E297. Artes&amp;estrelas. Kindle, ASIN B0HFC5FRBC. Traduzione Kindle Translate pubblicata.</w:t>
      </w:r>
    </w:p>
    <w:p>
      <w:pPr>
        <w:widowControl/>
        <w:ind w:left="173"/>
      </w:pPr>
      <w:r>
        <w:rPr>
          <w:sz w:val="20"/>
        </w:rPr>
        <w:t>Data non documentata · spagnolo · E298. Artes&amp;estrellas. Kindle, ASIN B0HFCBK59D. Traduzione Kindle Translate pubblicata.</w:t>
      </w:r>
    </w:p>
    <w:p>
      <w:pPr>
        <w:widowControl/>
        <w:ind w:left="173"/>
      </w:pPr>
      <w:r>
        <w:rPr>
          <w:sz w:val="20"/>
        </w:rPr>
        <w:t>Data non documentata · tedesco · E299. Kunst &amp; Sterne. Kindle, ASIN B0HFC9QPSY. Traduzione Kindle Translate pubblicata.</w:t>
      </w:r>
    </w:p>
    <w:p>
      <w:pPr>
        <w:widowControl/>
      </w:pPr>
      <w:r>
        <w:t>Note di verifica: Estri&amp;Astri e Arts&amp;Stars: traduzione del titolo non sufficiente, perché le note storiche avvertono che opere straniere possono essere autonome.</w:t>
      </w:r>
    </w:p>
    <w:p>
      <w:pPr>
        <w:pStyle w:val="Heading2"/>
      </w:pPr>
      <w:r>
        <w:t>O055  Science and 'Human Sciences'</w:t>
      </w:r>
    </w:p>
    <w:p>
      <w:pPr>
        <w:keepNext/>
        <w:widowControl/>
      </w:pPr>
      <w:r>
        <w:t>Ciro Discepolo &amp; Marina De Chiara</w:t>
      </w:r>
    </w:p>
    <w:p>
      <w:pPr>
        <w:keepNext/>
        <w:widowControl/>
      </w:pPr>
      <w:r>
        <w:t>Prima data documentata: 2013-03. Presente nella bibliografia storica e in KDP.</w:t>
      </w:r>
    </w:p>
    <w:p>
      <w:pPr>
        <w:widowControl/>
        <w:ind w:left="173"/>
      </w:pPr>
      <w:r>
        <w:rPr>
          <w:sz w:val="20"/>
        </w:rPr>
        <w:t>2013-03 · italiano · E053. Scienza e Scienze Umane. Editore: Edizioni Ricerca '90 e Amazon. Paperback, 104 pagine fisiche, ASIN 1482769859. Kindle, ASIN B00C0DOU56.</w:t>
      </w:r>
    </w:p>
    <w:p>
      <w:pPr>
        <w:widowControl/>
        <w:ind w:left="173"/>
      </w:pPr>
      <w:r>
        <w:rPr>
          <w:sz w:val="20"/>
        </w:rPr>
        <w:t>2013-06 · inglese · E049. Science and 'Human Sciences'. Editore: Edizioni Ricerca '90 e Amazon. Paperback, 108 pagine fisiche, ASIN 1490352627. Kindle, ASIN B00D6XLQY2.</w:t>
      </w:r>
    </w:p>
    <w:p>
      <w:pPr>
        <w:pStyle w:val="Heading2"/>
      </w:pPr>
      <w:r>
        <w:t>O032  The 20 Days Before and After The Birthday</w:t>
      </w:r>
    </w:p>
    <w:p>
      <w:pPr>
        <w:keepNext/>
        <w:widowControl/>
      </w:pPr>
      <w:r>
        <w:t>Ciro Discepolo</w:t>
      </w:r>
    </w:p>
    <w:p>
      <w:pPr>
        <w:keepNext/>
        <w:widowControl/>
      </w:pPr>
      <w:r>
        <w:t>Prima data documentata: 2013-06. Presente nella bibliografia storica e in KDP.</w:t>
      </w:r>
    </w:p>
    <w:p>
      <w:pPr>
        <w:widowControl/>
        <w:ind w:left="173"/>
      </w:pPr>
      <w:r>
        <w:rPr>
          <w:sz w:val="20"/>
        </w:rPr>
        <w:t>2013-06 · inglese · E027. The 20 Days Before and After The Birthday. Editore: Edizioni Ricerca '90 e Amazon. Paperback, 110 pagine fisiche, ASIN 1490339507. Kindle, ASIN B00D5UIZT0.</w:t>
      </w:r>
    </w:p>
    <w:p>
      <w:pPr>
        <w:pStyle w:val="Heading2"/>
      </w:pPr>
      <w:r>
        <w:t>O065  Get money by astrology</w:t>
      </w:r>
    </w:p>
    <w:p>
      <w:pPr>
        <w:keepNext/>
        <w:widowControl/>
      </w:pPr>
      <w:r>
        <w:t>Ciro Discepolo</w:t>
      </w:r>
    </w:p>
    <w:p>
      <w:pPr>
        <w:keepNext/>
        <w:widowControl/>
      </w:pPr>
      <w:r>
        <w:t>Prima data documentata: 2014-02. Presente nella bibliografia storica e in KDP.</w:t>
      </w:r>
    </w:p>
    <w:p>
      <w:pPr>
        <w:widowControl/>
        <w:ind w:left="173"/>
      </w:pPr>
      <w:r>
        <w:rPr>
          <w:sz w:val="20"/>
        </w:rPr>
        <w:t>2014-02 · inglese · E059. Get money by astrology. Editore: Edizioni Ricerca '90 e Amazon. Paperback, 90 pagine fisiche, ASIN 1495482790. Kindle, ASIN B00IP1CH48.</w:t>
      </w:r>
    </w:p>
    <w:p>
      <w:pPr>
        <w:widowControl/>
        <w:ind w:left="173"/>
      </w:pPr>
      <w:r>
        <w:rPr>
          <w:sz w:val="20"/>
        </w:rPr>
        <w:t>Data non documentata · francese · E249. Gagner de l'argent grâce à l'astrologie. Kindle, ASIN B0HH5QKQJR. Traduzione Kindle Translate pubblicata.</w:t>
      </w:r>
    </w:p>
    <w:p>
      <w:pPr>
        <w:widowControl/>
        <w:ind w:left="173"/>
      </w:pPr>
      <w:r>
        <w:rPr>
          <w:sz w:val="20"/>
        </w:rPr>
        <w:t>Data non documentata · italiano · E246. Guadagnare con l'astrologia. Kindle, ASIN B0HH6BGPT9. Traduzione Kindle Translate pubblicata.</w:t>
      </w:r>
    </w:p>
    <w:p>
      <w:pPr>
        <w:widowControl/>
        <w:ind w:left="173"/>
      </w:pPr>
      <w:r>
        <w:rPr>
          <w:sz w:val="20"/>
        </w:rPr>
        <w:t>Data non documentata · portoghese brasiliano · E247. Ganhe dinheiro pela astrologia. Kindle, ASIN B0HH648RJN. Traduzione Kindle Translate pubblicata.</w:t>
      </w:r>
    </w:p>
    <w:p>
      <w:pPr>
        <w:widowControl/>
        <w:ind w:left="173"/>
      </w:pPr>
      <w:r>
        <w:rPr>
          <w:sz w:val="20"/>
        </w:rPr>
        <w:t>Data non documentata · spagnolo · E248. Gana dinero con la astrología. Kindle, ASIN B0HH5TWHB4. Traduzione Kindle Translate pubblicata.</w:t>
      </w:r>
    </w:p>
    <w:p>
      <w:pPr>
        <w:widowControl/>
        <w:ind w:left="173"/>
      </w:pPr>
      <w:r>
        <w:rPr>
          <w:sz w:val="20"/>
        </w:rPr>
        <w:t>Data non documentata · tedesco · E245. Geld verdienen mit Astrologie. Kindle, ASIN B0HH5Q2G4B. Traduzione Kindle Translate pubblicata.</w:t>
      </w:r>
    </w:p>
    <w:p>
      <w:pPr>
        <w:widowControl/>
      </w:pPr>
      <w:r>
        <w:t>Storico tecnico escluso dalle edizioni pubblicate: Kindle Bozza; Paperback Sospeso Bozza (ASIN 1495257932).</w:t>
      </w:r>
    </w:p>
    <w:p>
      <w:pPr>
        <w:pStyle w:val="Heading2"/>
      </w:pPr>
      <w:r>
        <w:t>O013  Schegge di Astrologia Attiva</w:t>
      </w:r>
    </w:p>
    <w:p>
      <w:pPr>
        <w:keepNext/>
        <w:widowControl/>
      </w:pPr>
      <w:r>
        <w:t>Ciro Discepolo</w:t>
      </w:r>
    </w:p>
    <w:p>
      <w:pPr>
        <w:keepNext/>
        <w:widowControl/>
      </w:pPr>
      <w:r>
        <w:t>Prima data documentata: 2014-04. Presente nella bibliografia storica e in KDP.</w:t>
      </w:r>
    </w:p>
    <w:p>
      <w:pPr>
        <w:widowControl/>
        <w:ind w:left="173"/>
      </w:pPr>
      <w:r>
        <w:rPr>
          <w:sz w:val="20"/>
        </w:rPr>
        <w:t>2014-04 · italiano · E009. Schegge di Astrologia Attiva. Editore: Edizioni Ricerca '90 e Amazon. Paperback, 160 pagine fisiche, ASIN 1499140584.</w:t>
      </w:r>
    </w:p>
    <w:p>
      <w:pPr>
        <w:pStyle w:val="Heading2"/>
      </w:pPr>
      <w:r>
        <w:t>O047  Breve Storia dell'Astrologia in Italia dal 1970 a Oggi</w:t>
      </w:r>
    </w:p>
    <w:p>
      <w:pPr>
        <w:keepNext/>
        <w:widowControl/>
      </w:pPr>
      <w:r>
        <w:t>Ciro Discepolo</w:t>
      </w:r>
    </w:p>
    <w:p>
      <w:pPr>
        <w:keepNext/>
        <w:widowControl/>
      </w:pPr>
      <w:r>
        <w:t>Prima data documentata: 2014-09. Presente nella bibliografia storica e in KDP.</w:t>
      </w:r>
    </w:p>
    <w:p>
      <w:pPr>
        <w:widowControl/>
        <w:ind w:left="173"/>
      </w:pPr>
      <w:r>
        <w:rPr>
          <w:sz w:val="20"/>
        </w:rPr>
        <w:t>2014-09 · italiano · E042. Breve Storia dell'Astrologia in Italia dal 1970 a Oggi. Editore: Edizioni Ricerca '90 e Amazon. Paperback, 94 pagine fisiche, ASIN 1502384337. Kindle, ASIN B00PKVPC7K.</w:t>
      </w:r>
    </w:p>
    <w:p>
      <w:pPr>
        <w:pStyle w:val="Heading2"/>
      </w:pPr>
      <w:r>
        <w:t>O121  Frammenti di Napoli</w:t>
      </w:r>
    </w:p>
    <w:p>
      <w:pPr>
        <w:keepNext/>
        <w:widowControl/>
      </w:pPr>
      <w:r>
        <w:t>Ciro Discepolo &amp; Daniela Boscotrecase</w:t>
      </w:r>
    </w:p>
    <w:p>
      <w:pPr>
        <w:keepNext/>
        <w:widowControl/>
      </w:pPr>
      <w:r>
        <w:t>Prima data documentata: 2015-01. Presente nella bibliografia storica e in KDP.</w:t>
      </w:r>
    </w:p>
    <w:p>
      <w:pPr>
        <w:widowControl/>
        <w:ind w:left="173"/>
      </w:pPr>
      <w:r>
        <w:rPr>
          <w:sz w:val="20"/>
        </w:rPr>
        <w:t>2015-01 · italiano · E110. Frammenti di Napoli. Editore: Edizioni Ricerca '90 e Amazon. Paperback, 302 pagine fisiche, ASIN 1506127592. Kindle, ASIN B00SJ8UKS2.</w:t>
      </w:r>
    </w:p>
    <w:p>
      <w:pPr>
        <w:pStyle w:val="Heading2"/>
      </w:pPr>
      <w:r>
        <w:t>O124  Napoletani</w:t>
      </w:r>
    </w:p>
    <w:p>
      <w:pPr>
        <w:keepNext/>
        <w:widowControl/>
      </w:pPr>
      <w:r>
        <w:t>Ciro Discepolo</w:t>
      </w:r>
    </w:p>
    <w:p>
      <w:pPr>
        <w:keepNext/>
        <w:widowControl/>
      </w:pPr>
      <w:r>
        <w:t>Prima data documentata: 2015-02. Presente nella bibliografia storica e in KDP.</w:t>
      </w:r>
    </w:p>
    <w:p>
      <w:pPr>
        <w:widowControl/>
        <w:ind w:left="173"/>
      </w:pPr>
      <w:r>
        <w:rPr>
          <w:sz w:val="20"/>
        </w:rPr>
        <w:t>2015-02 · lingua non accertata · E113. Napoletani. Editore: Edizioni Ricerca '90 e Amazon. Cartaceo, 212 pagine fisiche; corrispondenza con il formato KDP da verificare.</w:t>
      </w:r>
    </w:p>
    <w:p>
      <w:pPr>
        <w:widowControl/>
        <w:ind w:left="173"/>
      </w:pPr>
      <w:r>
        <w:rPr>
          <w:sz w:val="20"/>
        </w:rPr>
        <w:t>Data non documentata · lingua non accertata · E212. Napoletani. Paperback, ASIN 1508599718. Corrispondenza editoriale da verificare manualmente.</w:t>
      </w:r>
    </w:p>
    <w:p>
      <w:pPr>
        <w:widowControl/>
      </w:pPr>
      <w:r>
        <w:t>Lingua e corrispondenza con i formati storici da verificare. Dettagli nel foglio DA_VERIFICARE: V063.</w:t>
      </w:r>
    </w:p>
    <w:p>
      <w:pPr>
        <w:pStyle w:val="Heading2"/>
      </w:pPr>
      <w:r>
        <w:t>O125  Scorci di lavoro notturno in Campania</w:t>
      </w:r>
    </w:p>
    <w:p>
      <w:pPr>
        <w:keepNext/>
        <w:widowControl/>
      </w:pPr>
      <w:r>
        <w:t>Ciro Discepolo</w:t>
      </w:r>
    </w:p>
    <w:p>
      <w:pPr>
        <w:keepNext/>
        <w:widowControl/>
      </w:pPr>
      <w:r>
        <w:t>Prima data documentata: 2015-05. Presente nella bibliografia storica e in KDP.</w:t>
      </w:r>
    </w:p>
    <w:p>
      <w:pPr>
        <w:widowControl/>
        <w:ind w:left="173"/>
      </w:pPr>
      <w:r>
        <w:rPr>
          <w:sz w:val="20"/>
        </w:rPr>
        <w:t>2015-05 · lingua non accertata · E114. Scorci di lavoro notturno in Campania. Editore: Edizioni Ricerca '90 e Amazon. Cartaceo, 212 pagine fisiche; corrispondenza con il formato KDP da verificare.</w:t>
      </w:r>
    </w:p>
    <w:p>
      <w:pPr>
        <w:widowControl/>
        <w:ind w:left="173"/>
      </w:pPr>
      <w:r>
        <w:rPr>
          <w:sz w:val="20"/>
        </w:rPr>
        <w:t>Data non documentata · lingua non accertata · E211. Glimpses of night work in Campania: Scorci di lavoro notturno in Campania. Paperback, ASIN 1512089311. Corrispondenza editoriale da verificare manualmente.</w:t>
      </w:r>
    </w:p>
    <w:p>
      <w:pPr>
        <w:widowControl/>
      </w:pPr>
      <w:r>
        <w:t>Lingua e corrispondenza con i formati storici da verificare. Dettagli nel foglio DA_VERIFICARE: V062.</w:t>
      </w:r>
    </w:p>
    <w:p>
      <w:pPr>
        <w:pStyle w:val="Heading2"/>
      </w:pPr>
      <w:r>
        <w:t>O126  "Nisida, il carcere minorile"</w:t>
      </w:r>
    </w:p>
    <w:p>
      <w:pPr>
        <w:keepNext/>
        <w:widowControl/>
      </w:pPr>
      <w:r>
        <w:t>Ciro Discepolo</w:t>
      </w:r>
    </w:p>
    <w:p>
      <w:pPr>
        <w:keepNext/>
        <w:widowControl/>
      </w:pPr>
      <w:r>
        <w:t>Prima data documentata: 2015-07. Presente nella bibliografia storica e in KDP.</w:t>
      </w:r>
    </w:p>
    <w:p>
      <w:pPr>
        <w:widowControl/>
        <w:ind w:left="173"/>
      </w:pPr>
      <w:r>
        <w:rPr>
          <w:sz w:val="20"/>
        </w:rPr>
        <w:t>2015-07 · lingua non accertata · E115. "Nisida, il carcere minorile". Editore: Edizioni Ricerca '90 e Amazon. Cartaceo, 212 pagine fisiche; corrispondenza con il formato KDP da verificare.</w:t>
      </w:r>
    </w:p>
    <w:p>
      <w:pPr>
        <w:widowControl/>
        <w:ind w:left="173"/>
      </w:pPr>
      <w:r>
        <w:rPr>
          <w:sz w:val="20"/>
        </w:rPr>
        <w:t>Data non documentata · lingua non accertata · E202. Nisida, the juvenile prison. Paperback, ASIN 1515273350. Corrispondenza editoriale da verificare manualmente.</w:t>
      </w:r>
    </w:p>
    <w:p>
      <w:pPr>
        <w:widowControl/>
      </w:pPr>
      <w:r>
        <w:t>Lingua e corrispondenza con i formati storici da verificare. Dettagli nel foglio DA_VERIFICARE: V055.</w:t>
      </w:r>
    </w:p>
    <w:p>
      <w:pPr>
        <w:pStyle w:val="Heading2"/>
      </w:pPr>
      <w:r>
        <w:t>O127  Tourists&amp;Travellers</w:t>
      </w:r>
    </w:p>
    <w:p>
      <w:pPr>
        <w:keepNext/>
        <w:widowControl/>
      </w:pPr>
      <w:r>
        <w:t>Ciro Discepolo</w:t>
      </w:r>
    </w:p>
    <w:p>
      <w:pPr>
        <w:keepNext/>
        <w:widowControl/>
      </w:pPr>
      <w:r>
        <w:t>Prima data documentata: 2015-08. Presente nella bibliografia storica e in KDP.</w:t>
      </w:r>
    </w:p>
    <w:p>
      <w:pPr>
        <w:widowControl/>
        <w:ind w:left="173"/>
      </w:pPr>
      <w:r>
        <w:rPr>
          <w:sz w:val="20"/>
        </w:rPr>
        <w:t>2015-08 · lingua non accertata · E116. Tourists&amp;Travellers. Editore: Edizioni Ricerca '90 e Amazon. Cartaceo, 212 pagine fisiche; corrispondenza con il formato KDP da verificare.</w:t>
      </w:r>
    </w:p>
    <w:p>
      <w:pPr>
        <w:widowControl/>
        <w:ind w:left="173"/>
      </w:pPr>
      <w:r>
        <w:rPr>
          <w:sz w:val="20"/>
        </w:rPr>
        <w:t>Data non documentata · lingua non accertata · E204. Tourists&amp;Travellers. Paperback, ASIN 1515385744. Corrispondenza editoriale da verificare manualmente.</w:t>
      </w:r>
    </w:p>
    <w:p>
      <w:pPr>
        <w:widowControl/>
      </w:pPr>
      <w:r>
        <w:t>Lingua e corrispondenza con i formati storici da verificare. Dettagli nel foglio DA_VERIFICARE: V057.</w:t>
      </w:r>
    </w:p>
    <w:p>
      <w:pPr>
        <w:pStyle w:val="Heading2"/>
      </w:pPr>
      <w:r>
        <w:t>O123  Frammenti di Costiera Sorrentina</w:t>
      </w:r>
    </w:p>
    <w:p>
      <w:pPr>
        <w:keepNext/>
        <w:widowControl/>
      </w:pPr>
      <w:r>
        <w:t>Ciro Discepolo &amp; Daniela Boscotrecase</w:t>
      </w:r>
    </w:p>
    <w:p>
      <w:pPr>
        <w:keepNext/>
        <w:widowControl/>
      </w:pPr>
      <w:r>
        <w:t>Prima data documentata: 2015-09. Presente nella bibliografia storica e in KDP.</w:t>
      </w:r>
    </w:p>
    <w:p>
      <w:pPr>
        <w:widowControl/>
        <w:ind w:left="173"/>
      </w:pPr>
      <w:r>
        <w:rPr>
          <w:sz w:val="20"/>
        </w:rPr>
        <w:t>2015-09 · lingua non accertata · E112. Frammenti di Costiera Sorrentina. Editore: Edizioni Ricerca '90 e Amazon. Cartaceo, 212 pagine fisiche; corrispondenza con il formato KDP da verificare.</w:t>
      </w:r>
    </w:p>
    <w:p>
      <w:pPr>
        <w:widowControl/>
        <w:ind w:left="173"/>
      </w:pPr>
      <w:r>
        <w:rPr>
          <w:sz w:val="20"/>
        </w:rPr>
        <w:t>Data non documentata · lingua non accertata · E197. Fragments of Sorrento Coast: Frammenti di Costiera Sorrentina. Paperback, ASIN 1517356040. Corrispondenza editoriale da verificare manualmente.</w:t>
      </w:r>
    </w:p>
    <w:p>
      <w:pPr>
        <w:widowControl/>
      </w:pPr>
      <w:r>
        <w:t>Lingua e corrispondenza con i formati storici da verificare. Dettagli nel foglio DA_VERIFICARE: V052.</w:t>
      </w:r>
    </w:p>
    <w:p>
      <w:pPr>
        <w:pStyle w:val="Heading2"/>
      </w:pPr>
      <w:r>
        <w:t>O133  Napoletani che si divertono</w:t>
      </w:r>
    </w:p>
    <w:p>
      <w:pPr>
        <w:keepNext/>
        <w:widowControl/>
      </w:pPr>
      <w:r>
        <w:t>Ciro Discepolo</w:t>
      </w:r>
    </w:p>
    <w:p>
      <w:pPr>
        <w:keepNext/>
        <w:widowControl/>
      </w:pPr>
      <w:r>
        <w:t>Prima data documentata: 2015-10. Presente nella bibliografia storica e in KDP.</w:t>
      </w:r>
    </w:p>
    <w:p>
      <w:pPr>
        <w:widowControl/>
        <w:ind w:left="173"/>
      </w:pPr>
      <w:r>
        <w:rPr>
          <w:sz w:val="20"/>
        </w:rPr>
        <w:t>2015-10 · lingua non accertata · E122. Napoletani che si divertono. Editore: Edizioni Ricerca '90 e Amazon. Cartaceo, 212 pagine fisiche; corrispondenza con il formato KDP da verificare.</w:t>
      </w:r>
    </w:p>
    <w:p>
      <w:pPr>
        <w:widowControl/>
        <w:ind w:left="173"/>
      </w:pPr>
      <w:r>
        <w:rPr>
          <w:sz w:val="20"/>
        </w:rPr>
        <w:t>Data non documentata · lingua non accertata · E198. Neapolitans who have fun: Napoletani che si divertono. Paperback, ASIN 1517598613. Corrispondenza editoriale da verificare manualmente.</w:t>
      </w:r>
    </w:p>
    <w:p>
      <w:pPr>
        <w:widowControl/>
      </w:pPr>
      <w:r>
        <w:t>Lingua e corrispondenza con i formati storici da verificare. Dettagli nel foglio DA_VERIFICARE: V053.</w:t>
      </w:r>
    </w:p>
    <w:p>
      <w:pPr>
        <w:pStyle w:val="Heading2"/>
      </w:pPr>
      <w:r>
        <w:t>O122  Cape Town: tre primavere consecutive</w:t>
      </w:r>
    </w:p>
    <w:p>
      <w:pPr>
        <w:keepNext/>
        <w:widowControl/>
      </w:pPr>
      <w:r>
        <w:t>Ciro Discepolo &amp; Daniela Boscotrecase</w:t>
      </w:r>
    </w:p>
    <w:p>
      <w:pPr>
        <w:keepNext/>
        <w:widowControl/>
      </w:pPr>
      <w:r>
        <w:t>Prima data documentata: 2016-01. Presente nella bibliografia storica e in KDP.</w:t>
      </w:r>
    </w:p>
    <w:p>
      <w:pPr>
        <w:widowControl/>
        <w:ind w:left="173"/>
      </w:pPr>
      <w:r>
        <w:rPr>
          <w:sz w:val="20"/>
        </w:rPr>
        <w:t>2016-01 · lingua non accertata · E111. Cape Town: tre primavere consecutive. Editore: Edizioni Ricerca '90 e Amazon. Cartaceo, 212 pagine fisiche; corrispondenza con il formato KDP da verificare.</w:t>
      </w:r>
    </w:p>
    <w:p>
      <w:pPr>
        <w:widowControl/>
        <w:ind w:left="173"/>
      </w:pPr>
      <w:r>
        <w:rPr>
          <w:sz w:val="20"/>
        </w:rPr>
        <w:t>Data non documentata · lingua non accertata · E203. Cape Town: Three Springs in a Row: Cape Town: tre primavere consecutive. Paperback, ASIN 1522853316. Corrispondenza editoriale da verificare manualmente.</w:t>
      </w:r>
    </w:p>
    <w:p>
      <w:pPr>
        <w:widowControl/>
      </w:pPr>
      <w:r>
        <w:t>Lingua e corrispondenza con i formati storici da verificare. Dettagli nel foglio DA_VERIFICARE: V056.</w:t>
      </w:r>
    </w:p>
    <w:p>
      <w:pPr>
        <w:pStyle w:val="Heading2"/>
      </w:pPr>
      <w:r>
        <w:t>O138  Frammenti di Milano</w:t>
      </w:r>
    </w:p>
    <w:p>
      <w:pPr>
        <w:keepNext/>
        <w:widowControl/>
      </w:pPr>
      <w:r>
        <w:t>Ciro Discepolo</w:t>
      </w:r>
    </w:p>
    <w:p>
      <w:pPr>
        <w:keepNext/>
        <w:widowControl/>
      </w:pPr>
      <w:r>
        <w:t>Prima data documentata: 2016-01. Presente nella bibliografia storica e in KDP.</w:t>
      </w:r>
    </w:p>
    <w:p>
      <w:pPr>
        <w:widowControl/>
        <w:ind w:left="173"/>
      </w:pPr>
      <w:r>
        <w:rPr>
          <w:sz w:val="20"/>
        </w:rPr>
        <w:t>2016-01 · lingua non accertata · E127. Frammenti di Milano. Editore: Edizioni Ricerca '90 e Amazon. Cartaceo, 212 pagine fisiche; corrispondenza con il formato KDP da verificare.</w:t>
      </w:r>
    </w:p>
    <w:p>
      <w:pPr>
        <w:widowControl/>
        <w:ind w:left="173"/>
      </w:pPr>
      <w:r>
        <w:rPr>
          <w:sz w:val="20"/>
        </w:rPr>
        <w:t>Data non documentata · lingua non accertata · E191. Fragments of Milan: Frammenti di MIlano. Paperback, ASIN 1533689555. Corrispondenza editoriale da verificare manualmente.</w:t>
      </w:r>
    </w:p>
    <w:p>
      <w:pPr>
        <w:widowControl/>
      </w:pPr>
      <w:r>
        <w:t>Lingua e corrispondenza con i formati storici da verificare. Dettagli nel foglio DA_VERIFICARE: V045.</w:t>
      </w:r>
    </w:p>
    <w:p>
      <w:pPr>
        <w:pStyle w:val="Heading2"/>
      </w:pPr>
      <w:r>
        <w:t>O128  South Africans</w:t>
      </w:r>
    </w:p>
    <w:p>
      <w:pPr>
        <w:keepNext/>
        <w:widowControl/>
      </w:pPr>
      <w:r>
        <w:t>Ciro Discepolo</w:t>
      </w:r>
    </w:p>
    <w:p>
      <w:pPr>
        <w:keepNext/>
        <w:widowControl/>
      </w:pPr>
      <w:r>
        <w:t>Prima data documentata: 2016-01. Presente nella bibliografia storica e in KDP.</w:t>
      </w:r>
    </w:p>
    <w:p>
      <w:pPr>
        <w:widowControl/>
        <w:ind w:left="173"/>
      </w:pPr>
      <w:r>
        <w:rPr>
          <w:sz w:val="20"/>
        </w:rPr>
        <w:t>2016-01 · lingua non accertata · E117. South Africans. Editore: Edizioni Ricerca '90 e Amazon. Cartaceo, 212 pagine fisiche; corrispondenza con il formato KDP da verificare.</w:t>
      </w:r>
    </w:p>
    <w:p>
      <w:pPr>
        <w:widowControl/>
        <w:ind w:left="173"/>
      </w:pPr>
      <w:r>
        <w:rPr>
          <w:sz w:val="20"/>
        </w:rPr>
        <w:t>Data non documentata · lingua non accertata · E205. South Africans. Paperback, ASIN 1523346698. Corrispondenza editoriale da verificare manualmente.</w:t>
      </w:r>
    </w:p>
    <w:p>
      <w:pPr>
        <w:widowControl/>
      </w:pPr>
      <w:r>
        <w:t>Lingua e corrispondenza con i formati storici da verificare. Dettagli nel foglio DA_VERIFICARE: V058.</w:t>
      </w:r>
    </w:p>
    <w:p>
      <w:pPr>
        <w:pStyle w:val="Heading2"/>
      </w:pPr>
      <w:r>
        <w:t>O131  Frammenti di Costiera Amalfitana</w:t>
      </w:r>
    </w:p>
    <w:p>
      <w:pPr>
        <w:keepNext/>
        <w:widowControl/>
      </w:pPr>
      <w:r>
        <w:t>Ciro Discepolo &amp; Daniela Boscotrecase</w:t>
      </w:r>
    </w:p>
    <w:p>
      <w:pPr>
        <w:keepNext/>
        <w:widowControl/>
      </w:pPr>
      <w:r>
        <w:t>Prima data documentata: 2016-02. Presente nella bibliografia storica e in KDP.</w:t>
      </w:r>
    </w:p>
    <w:p>
      <w:pPr>
        <w:widowControl/>
        <w:ind w:left="173"/>
      </w:pPr>
      <w:r>
        <w:rPr>
          <w:sz w:val="20"/>
        </w:rPr>
        <w:t>2016-02 · lingua non accertata · E120. Frammenti di Costiera Amalfitana. Editore: Edizioni Ricerca '90 e Amazon. Cartaceo, 212 pagine fisiche; corrispondenza con il formato KDP da verificare.</w:t>
      </w:r>
    </w:p>
    <w:p>
      <w:pPr>
        <w:widowControl/>
        <w:ind w:left="173"/>
      </w:pPr>
      <w:r>
        <w:rPr>
          <w:sz w:val="20"/>
        </w:rPr>
        <w:t>Data non documentata · lingua non accertata · E195. Fragments of Amalfi Coast. Paperback, ASIN 1530117305. Corrispondenza editoriale da verificare manualmente.</w:t>
      </w:r>
    </w:p>
    <w:p>
      <w:pPr>
        <w:widowControl/>
      </w:pPr>
      <w:r>
        <w:t>Lingua e corrispondenza con i formati storici da verificare. Dettagli nel foglio DA_VERIFICARE: V050.</w:t>
      </w:r>
    </w:p>
    <w:p>
      <w:pPr>
        <w:pStyle w:val="Heading2"/>
      </w:pPr>
      <w:r>
        <w:t>O129  Townships</w:t>
      </w:r>
    </w:p>
    <w:p>
      <w:pPr>
        <w:keepNext/>
        <w:widowControl/>
      </w:pPr>
      <w:r>
        <w:t>Ciro Discepolo</w:t>
      </w:r>
    </w:p>
    <w:p>
      <w:pPr>
        <w:keepNext/>
        <w:widowControl/>
      </w:pPr>
      <w:r>
        <w:t>Prima data documentata: 2016-02. Presente nella bibliografia storica e in KDP.</w:t>
      </w:r>
    </w:p>
    <w:p>
      <w:pPr>
        <w:widowControl/>
        <w:ind w:left="173"/>
      </w:pPr>
      <w:r>
        <w:rPr>
          <w:sz w:val="20"/>
        </w:rPr>
        <w:t>2016-02 · lingua non accertata · E118. Townships. Editore: Edizioni Ricerca '90 e Amazon. Cartaceo, 212 pagine fisiche; corrispondenza con il formato KDP da verificare.</w:t>
      </w:r>
    </w:p>
    <w:p>
      <w:pPr>
        <w:widowControl/>
        <w:ind w:left="173"/>
      </w:pPr>
      <w:r>
        <w:rPr>
          <w:sz w:val="20"/>
        </w:rPr>
        <w:t>Data non documentata · lingua non accertata · E208. Townships. Paperback, ASIN 1523727942. Corrispondenza editoriale da verificare manualmente.</w:t>
      </w:r>
    </w:p>
    <w:p>
      <w:pPr>
        <w:widowControl/>
      </w:pPr>
      <w:r>
        <w:t>Lingua e corrispondenza con i formati storici da verificare. Dettagli nel foglio DA_VERIFICARE: V060.</w:t>
      </w:r>
    </w:p>
    <w:p>
      <w:pPr>
        <w:pStyle w:val="Heading2"/>
      </w:pPr>
      <w:r>
        <w:t>O130  "Frammenti di Napoli, #2"</w:t>
      </w:r>
    </w:p>
    <w:p>
      <w:pPr>
        <w:keepNext/>
        <w:widowControl/>
      </w:pPr>
      <w:r>
        <w:t>Ciro Discepolo &amp; Daniela Boscotrecase</w:t>
      </w:r>
    </w:p>
    <w:p>
      <w:pPr>
        <w:keepNext/>
        <w:widowControl/>
      </w:pPr>
      <w:r>
        <w:t>Prima data documentata: 2016-05. Presente nella bibliografia storica e in KDP.</w:t>
      </w:r>
    </w:p>
    <w:p>
      <w:pPr>
        <w:widowControl/>
        <w:ind w:left="173"/>
      </w:pPr>
      <w:r>
        <w:rPr>
          <w:sz w:val="20"/>
        </w:rPr>
        <w:t>2016-05 · lingua non accertata · E119. "Frammenti di Napoli, #2". Editore: Edizioni Ricerca '90 e Amazon. Cartaceo, 212 pagine fisiche; corrispondenza con il formato KDP da verificare.</w:t>
      </w:r>
    </w:p>
    <w:p>
      <w:pPr>
        <w:widowControl/>
        <w:ind w:left="173"/>
      </w:pPr>
      <w:r>
        <w:rPr>
          <w:sz w:val="20"/>
        </w:rPr>
        <w:t>Data non documentata · lingua non accertata · E192. Fragments of Napoli #2: Frammenti di Napoli #2. Paperback, ASIN 1533176523. Corrispondenza editoriale da verificare manualmente.</w:t>
      </w:r>
    </w:p>
    <w:p>
      <w:pPr>
        <w:widowControl/>
      </w:pPr>
      <w:r>
        <w:t>Lingua e corrispondenza con i formati storici da verificare. Dettagli nel foglio DA_VERIFICARE: V046.</w:t>
      </w:r>
    </w:p>
    <w:p>
      <w:pPr>
        <w:pStyle w:val="Heading2"/>
      </w:pPr>
      <w:r>
        <w:t>O139  New York New York</w:t>
      </w:r>
    </w:p>
    <w:p>
      <w:pPr>
        <w:keepNext/>
        <w:widowControl/>
      </w:pPr>
      <w:r>
        <w:t>Ciro Discepolo</w:t>
      </w:r>
    </w:p>
    <w:p>
      <w:pPr>
        <w:keepNext/>
        <w:widowControl/>
      </w:pPr>
      <w:r>
        <w:t>Prima data documentata: 2016-08. Presente nella bibliografia storica e in KDP.</w:t>
      </w:r>
    </w:p>
    <w:p>
      <w:pPr>
        <w:widowControl/>
        <w:ind w:left="173"/>
      </w:pPr>
      <w:r>
        <w:rPr>
          <w:sz w:val="20"/>
        </w:rPr>
        <w:t>2016-08 · lingua non accertata · E128. New York New York. Editore: Edizioni Ricerca '90 e Amazon. Cartaceo, 212 pagine fisiche; corrispondenza con il formato KDP da verificare.</w:t>
      </w:r>
    </w:p>
    <w:p>
      <w:pPr>
        <w:widowControl/>
        <w:ind w:left="173"/>
      </w:pPr>
      <w:r>
        <w:rPr>
          <w:sz w:val="20"/>
        </w:rPr>
        <w:t>Data non documentata · lingua non accertata · E190. New York New York. Paperback, ASIN 1536953512. Corrispondenza editoriale da verificare manualmente.</w:t>
      </w:r>
    </w:p>
    <w:p>
      <w:pPr>
        <w:widowControl/>
      </w:pPr>
      <w:r>
        <w:t>Lingua e corrispondenza con i formati storici da verificare. Dettagli nel foglio DA_VERIFICARE: V044.</w:t>
      </w:r>
    </w:p>
    <w:p>
      <w:pPr>
        <w:pStyle w:val="Heading2"/>
      </w:pPr>
      <w:r>
        <w:t>O140  "Capri, Ischia and Procida"</w:t>
      </w:r>
    </w:p>
    <w:p>
      <w:pPr>
        <w:keepNext/>
        <w:widowControl/>
      </w:pPr>
      <w:r>
        <w:t>Ciro Discepolo</w:t>
      </w:r>
    </w:p>
    <w:p>
      <w:pPr>
        <w:keepNext/>
        <w:widowControl/>
      </w:pPr>
      <w:r>
        <w:t>Prima data documentata: 2016-09. Presente nella bibliografia storica e in KDP.</w:t>
      </w:r>
    </w:p>
    <w:p>
      <w:pPr>
        <w:widowControl/>
        <w:ind w:left="173"/>
      </w:pPr>
      <w:r>
        <w:rPr>
          <w:sz w:val="20"/>
        </w:rPr>
        <w:t>2016-09 · lingua non accertata · E129. "Capri, Ischia and Procida". Editore: Edizioni Ricerca '90 e Amazon. Cartaceo, 212 pagine fisiche; corrispondenza con il formato KDP da verificare.</w:t>
      </w:r>
    </w:p>
    <w:p>
      <w:pPr>
        <w:widowControl/>
        <w:ind w:left="173"/>
      </w:pPr>
      <w:r>
        <w:rPr>
          <w:sz w:val="20"/>
        </w:rPr>
        <w:t>Data non documentata · lingua non accertata · E193. Capri, Ischia and Procida. Paperback, ASIN 1537793748. Corrispondenza editoriale da verificare manualmente.</w:t>
      </w:r>
    </w:p>
    <w:p>
      <w:pPr>
        <w:widowControl/>
      </w:pPr>
      <w:r>
        <w:t>Lingua e corrispondenza con i formati storici da verificare. Dettagli nel foglio DA_VERIFICARE: V047.</w:t>
      </w:r>
    </w:p>
    <w:p>
      <w:pPr>
        <w:pStyle w:val="Heading2"/>
      </w:pPr>
      <w:r>
        <w:t>O132  Street Photography</w:t>
      </w:r>
    </w:p>
    <w:p>
      <w:pPr>
        <w:keepNext/>
        <w:widowControl/>
      </w:pPr>
      <w:r>
        <w:t>Ciro Discepolo</w:t>
      </w:r>
    </w:p>
    <w:p>
      <w:pPr>
        <w:keepNext/>
        <w:widowControl/>
      </w:pPr>
      <w:r>
        <w:t>Prima data documentata: 2016-11. Presente nella bibliografia storica e in KDP.</w:t>
      </w:r>
    </w:p>
    <w:p>
      <w:pPr>
        <w:widowControl/>
        <w:ind w:left="173"/>
      </w:pPr>
      <w:r>
        <w:rPr>
          <w:sz w:val="20"/>
        </w:rPr>
        <w:t>2016-11 · lingua non accertata · E121. Street Photography. Editore: Edizioni Ricerca '90 e Amazon. Cartaceo, 212 pagine fisiche; corrispondenza con il formato KDP da verificare.</w:t>
      </w:r>
    </w:p>
    <w:p>
      <w:pPr>
        <w:widowControl/>
        <w:ind w:left="173"/>
      </w:pPr>
      <w:r>
        <w:rPr>
          <w:sz w:val="20"/>
        </w:rPr>
        <w:t>Data non documentata · lingua non accertata · E189. Street Photography. Paperback, ASIN 1540357236. Corrispondenza editoriale da verificare manualmente.</w:t>
      </w:r>
    </w:p>
    <w:p>
      <w:pPr>
        <w:widowControl/>
      </w:pPr>
      <w:r>
        <w:t>Lingua e corrispondenza con i formati storici da verificare. Dettagli nel foglio DA_VERIFICARE: V043.</w:t>
      </w:r>
    </w:p>
    <w:p>
      <w:pPr>
        <w:pStyle w:val="Heading2"/>
      </w:pPr>
      <w:r>
        <w:t>O155  Il Grande Trattato di Astrologia</w:t>
      </w:r>
    </w:p>
    <w:p>
      <w:pPr>
        <w:keepNext/>
        <w:widowControl/>
      </w:pPr>
      <w:r>
        <w:t>Ciro Discepolo</w:t>
      </w:r>
    </w:p>
    <w:p>
      <w:pPr>
        <w:keepNext/>
        <w:widowControl/>
      </w:pPr>
      <w:r>
        <w:t>Prima data documentata: 2017-03. Presente nella bibliografia storica e in KDP.</w:t>
      </w:r>
    </w:p>
    <w:p>
      <w:pPr>
        <w:widowControl/>
        <w:ind w:left="173"/>
      </w:pPr>
      <w:r>
        <w:rPr>
          <w:sz w:val="20"/>
        </w:rPr>
        <w:t>2017-03 · inglese · E102. The Great Treatise of Astrology Volume 1. Editore: Edizioni Ricerca '90 e Amazon. Cartaceo volume 1, 618 pagine fisiche; corrispondenza con il formato KDP da verificare. Cartaceo volume da verificare, 624 pagine fisiche; corrispondenza con il formato KDP da verificare.</w:t>
      </w:r>
    </w:p>
    <w:p>
      <w:pPr>
        <w:widowControl/>
        <w:ind w:left="173"/>
      </w:pPr>
      <w:r>
        <w:rPr>
          <w:sz w:val="20"/>
        </w:rPr>
        <w:t>2020-02 · italiano · E143. Il Grande Trattato di Astrologia. Editore: Edizioni Ricerca '90 e Amazon. Paperback, 784 pagine fisiche, ASIN B084DGFDNJ.</w:t>
      </w:r>
    </w:p>
    <w:p>
      <w:pPr>
        <w:widowControl/>
        <w:ind w:left="173"/>
      </w:pPr>
      <w:r>
        <w:rPr>
          <w:sz w:val="20"/>
        </w:rPr>
        <w:t>Data non documentata · francese · E264. Le grand traité d'astrologie, Tome 1. Kindle, ASIN B0HGM4YN9X. Traduzione Kindle Translate pubblicata.</w:t>
      </w:r>
    </w:p>
    <w:p>
      <w:pPr>
        <w:widowControl/>
        <w:ind w:left="173"/>
      </w:pPr>
      <w:r>
        <w:rPr>
          <w:sz w:val="20"/>
        </w:rPr>
        <w:t>Data non documentata · francese · E309. Le grand traité d'astrologie, tome 2. Kindle, ASIN B0HGR2GWRG. Traduzione Kindle Translate pubblicata.</w:t>
      </w:r>
    </w:p>
    <w:p>
      <w:pPr>
        <w:widowControl/>
        <w:ind w:left="173"/>
      </w:pPr>
      <w:r>
        <w:rPr>
          <w:sz w:val="20"/>
        </w:rPr>
        <w:t>Data non documentata · inglese · E200. The Great Treatise of Astrology: A Massive Volume on the "Academic" topics of the Art of Urania. Kindle, ASIN B00BRPHFN2. Paperback, ASIN 1481140450.</w:t>
      </w:r>
    </w:p>
    <w:p>
      <w:pPr>
        <w:widowControl/>
        <w:ind w:left="173"/>
      </w:pPr>
      <w:r>
        <w:rPr>
          <w:sz w:val="20"/>
        </w:rPr>
        <w:t>Data non documentata · inglese · E209. The Great Treatise of Astrology: A Massive Volume on the "Academic" topics of the Art of Urania. Paperback, ASIN 148114054X.</w:t>
      </w:r>
    </w:p>
    <w:p>
      <w:pPr>
        <w:widowControl/>
        <w:ind w:left="173"/>
      </w:pPr>
      <w:r>
        <w:rPr>
          <w:sz w:val="20"/>
        </w:rPr>
        <w:t>Data non documentata · inglese · E213. The Great Treatise of Astrology VOL.2. Kindle volume 2, ASIN B00BRPQVCS.</w:t>
      </w:r>
    </w:p>
    <w:p>
      <w:pPr>
        <w:widowControl/>
        <w:ind w:left="173"/>
      </w:pPr>
      <w:r>
        <w:rPr>
          <w:sz w:val="20"/>
        </w:rPr>
        <w:t>Data non documentata · italiano · E265. Il grande trattato di astrologia vol. 1. Kindle, ASIN B0HGLW935L. Traduzione Kindle Translate pubblicata.</w:t>
      </w:r>
    </w:p>
    <w:p>
      <w:pPr>
        <w:widowControl/>
        <w:ind w:left="173"/>
      </w:pPr>
      <w:r>
        <w:rPr>
          <w:sz w:val="20"/>
        </w:rPr>
        <w:t>Data non documentata · italiano · E307. Il grande trattato di astrologia VOL.2. Kindle, ASIN B0HGR77HX8. Traduzione Kindle Translate pubblicata.</w:t>
      </w:r>
    </w:p>
    <w:p>
      <w:pPr>
        <w:widowControl/>
        <w:ind w:left="173"/>
      </w:pPr>
      <w:r>
        <w:rPr>
          <w:sz w:val="20"/>
        </w:rPr>
        <w:t>Data non documentata · portoghese brasiliano · E263. O grande tratado de astrologia Vol. 1. Kindle, ASIN B0HGM51GVX. Traduzione Kindle Translate pubblicata.</w:t>
      </w:r>
    </w:p>
    <w:p>
      <w:pPr>
        <w:widowControl/>
        <w:ind w:left="173"/>
      </w:pPr>
      <w:r>
        <w:rPr>
          <w:sz w:val="20"/>
        </w:rPr>
        <w:t>Data non documentata · portoghese brasiliano · E308. O grande tratado de astrologia Vol. 2. Kindle, ASIN B0HGR2YZ6N. Traduzione Kindle Translate pubblicata.</w:t>
      </w:r>
    </w:p>
    <w:p>
      <w:pPr>
        <w:widowControl/>
        <w:ind w:left="173"/>
      </w:pPr>
      <w:r>
        <w:rPr>
          <w:sz w:val="20"/>
        </w:rPr>
        <w:t>Data non documentata · spagnolo · E262. El gran tratado de astrología VOL. 1. Kindle, ASIN B0HGM3L9VB. Traduzione Kindle Translate pubblicata.</w:t>
      </w:r>
    </w:p>
    <w:p>
      <w:pPr>
        <w:widowControl/>
        <w:ind w:left="173"/>
      </w:pPr>
      <w:r>
        <w:rPr>
          <w:sz w:val="20"/>
        </w:rPr>
        <w:t>Data non documentata · spagnolo · E306. El gran tratado de astrología vol. 2. Kindle, ASIN B0HGR1LBBT. Traduzione Kindle Translate pubblicata.</w:t>
      </w:r>
    </w:p>
    <w:p>
      <w:pPr>
        <w:widowControl/>
        <w:ind w:left="173"/>
      </w:pPr>
      <w:r>
        <w:rPr>
          <w:sz w:val="20"/>
        </w:rPr>
        <w:t>Data non documentata · tedesco · E261. Das große Lehrbuch der Astrologie, Band 1. Kindle, ASIN B0HGM85RDM. Traduzione Kindle Translate pubblicata.</w:t>
      </w:r>
    </w:p>
    <w:p>
      <w:pPr>
        <w:widowControl/>
        <w:ind w:left="173"/>
      </w:pPr>
      <w:r>
        <w:rPr>
          <w:sz w:val="20"/>
        </w:rPr>
        <w:t>Data non documentata · tedesco · E310. Die große Abhandlung der Astrologie Band 2. Kindle, ASIN B0HGR2TSFS. Traduzione Kindle Translate pubblicata.</w:t>
      </w:r>
    </w:p>
    <w:p>
      <w:pPr>
        <w:widowControl/>
      </w:pPr>
      <w:r>
        <w:t>Note di verifica: Nuovo Trattato di Astrologia (2004, 784 pp.) e Il Grande Trattato (2020, 784 pp.) potrebbero appartenere alla stessa opera; mancano elementi certi sul cambio di titolo. Titolo originale The Great Treatise of Astrology Volume 1-Astrology Volume 2: assegnato alla stessa opera del trattato; numero del volume da verificare, nessuna cancellazione del testo originale. Titolo KDP privo del numero di volume. Conservati ASIN distinti; non attribuite arbitrariamente le pagine dei volumi storici né eliminati i record.</w:t>
      </w:r>
    </w:p>
    <w:p>
      <w:pPr>
        <w:pStyle w:val="Heading2"/>
      </w:pPr>
      <w:r>
        <w:t>O137  The Stockholm's Attack</w:t>
      </w:r>
    </w:p>
    <w:p>
      <w:pPr>
        <w:keepNext/>
        <w:widowControl/>
      </w:pPr>
      <w:r>
        <w:t>Ciro Discepolo</w:t>
      </w:r>
    </w:p>
    <w:p>
      <w:pPr>
        <w:keepNext/>
        <w:widowControl/>
      </w:pPr>
      <w:r>
        <w:t>Prima data documentata: 2017-05. Presente nella bibliografia storica e in KDP.</w:t>
      </w:r>
    </w:p>
    <w:p>
      <w:pPr>
        <w:widowControl/>
        <w:ind w:left="173"/>
      </w:pPr>
      <w:r>
        <w:rPr>
          <w:sz w:val="20"/>
        </w:rPr>
        <w:t>2017-05 · lingua non accertata · E126. The Stockholm's Attack. Editore: Edizioni Ricerca '90 e Amazon. Cartaceo, 152 pagine fisiche; corrispondenza con il formato KDP da verificare.</w:t>
      </w:r>
    </w:p>
    <w:p>
      <w:pPr>
        <w:widowControl/>
        <w:ind w:left="173"/>
      </w:pPr>
      <w:r>
        <w:rPr>
          <w:sz w:val="20"/>
        </w:rPr>
        <w:t>Data non documentata · lingua non accertata · E188. The Stockholm?s attack. Paperback, ASIN 1546448489. Corrispondenza editoriale da verificare manualmente.</w:t>
      </w:r>
    </w:p>
    <w:p>
      <w:pPr>
        <w:widowControl/>
      </w:pPr>
      <w:r>
        <w:t>Lingua e corrispondenza con i formati storici da verificare. Dettagli nel foglio DA_VERIFICARE: V042.</w:t>
      </w:r>
    </w:p>
    <w:p>
      <w:pPr>
        <w:pStyle w:val="Heading2"/>
      </w:pPr>
      <w:r>
        <w:t>O135  Fragments of Kyoto and Tokyo</w:t>
      </w:r>
    </w:p>
    <w:p>
      <w:pPr>
        <w:keepNext/>
        <w:widowControl/>
      </w:pPr>
      <w:r>
        <w:t>Ciro Discepolo</w:t>
      </w:r>
    </w:p>
    <w:p>
      <w:pPr>
        <w:keepNext/>
        <w:widowControl/>
      </w:pPr>
      <w:r>
        <w:t>Prima data documentata: 2017-07. Presente nella bibliografia storica e in KDP.</w:t>
      </w:r>
    </w:p>
    <w:p>
      <w:pPr>
        <w:widowControl/>
        <w:ind w:left="173"/>
      </w:pPr>
      <w:r>
        <w:rPr>
          <w:sz w:val="20"/>
        </w:rPr>
        <w:t>2017-07 · lingua non accertata · E124. Fragments of Kyoto and Tokyo. Editore: Edizioni Ricerca '90 e Amazon. Cartaceo, 212 pagine fisiche; corrispondenza con il formato KDP da verificare.</w:t>
      </w:r>
    </w:p>
    <w:p>
      <w:pPr>
        <w:widowControl/>
        <w:ind w:left="173"/>
      </w:pPr>
      <w:r>
        <w:rPr>
          <w:sz w:val="20"/>
        </w:rPr>
        <w:t>Data non documentata · lingua non accertata · E194. Fragments of Kyoto and Tokyo. Kindle, ASIN B0747R8PF5. Paperback, ASIN 1548087475. Corrispondenza editoriale da verificare manualmente.</w:t>
      </w:r>
    </w:p>
    <w:p>
      <w:pPr>
        <w:widowControl/>
        <w:ind w:left="173"/>
      </w:pPr>
      <w:r>
        <w:rPr>
          <w:sz w:val="20"/>
        </w:rPr>
        <w:t>Data non documentata · francese · E253. Fragments de Kyoto et Tokyo. Kindle, ASIN B0HGXRZKK1. Traduzione Kindle Translate pubblicata.</w:t>
      </w:r>
    </w:p>
    <w:p>
      <w:pPr>
        <w:widowControl/>
        <w:ind w:left="173"/>
      </w:pPr>
      <w:r>
        <w:rPr>
          <w:sz w:val="20"/>
        </w:rPr>
        <w:t>Data non documentata · italiano · E254. Frammenti di Kyoto e Tokyo. Kindle, ASIN B0HGY3KLCG. Traduzione Kindle Translate pubblicata.</w:t>
      </w:r>
    </w:p>
    <w:p>
      <w:pPr>
        <w:widowControl/>
        <w:ind w:left="173"/>
      </w:pPr>
      <w:r>
        <w:rPr>
          <w:sz w:val="20"/>
        </w:rPr>
        <w:t>Data non documentata · portoghese brasiliano · E252. Fragmentos de Kyoto e Tóquio. Kindle, ASIN B0HGXMNCP5. Traduzione Kindle Translate pubblicata.</w:t>
      </w:r>
    </w:p>
    <w:p>
      <w:pPr>
        <w:widowControl/>
        <w:ind w:left="173"/>
      </w:pPr>
      <w:r>
        <w:rPr>
          <w:sz w:val="20"/>
        </w:rPr>
        <w:t>Data non documentata · spagnolo · E251. Fragmentos de Kioto y Tokio. Kindle, ASIN B0HGXZBV6R. Traduzione Kindle Translate pubblicata.</w:t>
      </w:r>
    </w:p>
    <w:p>
      <w:pPr>
        <w:widowControl/>
        <w:ind w:left="173"/>
      </w:pPr>
      <w:r>
        <w:rPr>
          <w:sz w:val="20"/>
        </w:rPr>
        <w:t>Data non documentata · tedesco · E255. Fragmente aus Kyoto und Tokyo. Kindle, ASIN B0HGXMCHL1. Traduzione Kindle Translate pubblicata.</w:t>
      </w:r>
    </w:p>
    <w:p>
      <w:pPr>
        <w:widowControl/>
      </w:pPr>
      <w:r>
        <w:t>Lingua e corrispondenza con i formati storici da verificare. Dettagli nel foglio DA_VERIFICARE: V048, V049.</w:t>
      </w:r>
    </w:p>
    <w:p>
      <w:pPr>
        <w:pStyle w:val="Heading2"/>
      </w:pPr>
      <w:r>
        <w:t>O136  Requiem for Astrology</w:t>
      </w:r>
    </w:p>
    <w:p>
      <w:pPr>
        <w:keepNext/>
        <w:widowControl/>
      </w:pPr>
      <w:r>
        <w:t>Ciro Discepolo</w:t>
      </w:r>
    </w:p>
    <w:p>
      <w:pPr>
        <w:keepNext/>
        <w:widowControl/>
      </w:pPr>
      <w:r>
        <w:t>Prima data documentata: 2017-08. Presente nella bibliografia storica e in KDP.</w:t>
      </w:r>
    </w:p>
    <w:p>
      <w:pPr>
        <w:widowControl/>
        <w:ind w:left="173"/>
      </w:pPr>
      <w:r>
        <w:rPr>
          <w:sz w:val="20"/>
        </w:rPr>
        <w:t>2017-08 · inglese · E125. Requiem for Astrology. Editore: Edizioni Ricerca '90 e Amazon. Paperback, 196 pagine fisiche, ASIN 1545031711. Kindle, ASIN B074CYYCBQ.</w:t>
      </w:r>
    </w:p>
    <w:p>
      <w:pPr>
        <w:widowControl/>
        <w:ind w:left="173"/>
      </w:pPr>
      <w:r>
        <w:rPr>
          <w:sz w:val="20"/>
        </w:rPr>
        <w:t>Data non documentata · francese · E312. Requiem pour l'astrologie. Kindle, ASIN B0HHJQD1X3. Traduzione Kindle Translate pubblicata.</w:t>
      </w:r>
    </w:p>
    <w:p>
      <w:pPr>
        <w:widowControl/>
        <w:ind w:left="173"/>
      </w:pPr>
      <w:r>
        <w:rPr>
          <w:sz w:val="20"/>
        </w:rPr>
        <w:t>Data non documentata · italiano · E311. Requiem per l'astrologia. Kindle, ASIN B0HHJKL8HV. Traduzione Kindle Translate pubblicata.</w:t>
      </w:r>
    </w:p>
    <w:p>
      <w:pPr>
        <w:widowControl/>
        <w:ind w:left="173"/>
      </w:pPr>
      <w:r>
        <w:rPr>
          <w:sz w:val="20"/>
        </w:rPr>
        <w:t>Data non documentata · portoghese brasiliano · E314. Réquiem pela astrologia. Kindle, ASIN B0HHJN92KL. Traduzione Kindle Translate pubblicata.</w:t>
      </w:r>
    </w:p>
    <w:p>
      <w:pPr>
        <w:widowControl/>
        <w:ind w:left="173"/>
      </w:pPr>
      <w:r>
        <w:rPr>
          <w:sz w:val="20"/>
        </w:rPr>
        <w:t>Data non documentata · tedesco · E313. Requiem für die Astrologie. Kindle, ASIN B0HHJPY2B6. Traduzione Kindle Translate pubblicata.</w:t>
      </w:r>
    </w:p>
    <w:p>
      <w:pPr>
        <w:widowControl/>
      </w:pPr>
      <w:r>
        <w:t>Kindle Translate pubblicato in italiano, francese, tedesco e portoghese brasiliano. Il tentativo spagnolo non è pubblicato.</w:t>
      </w:r>
    </w:p>
    <w:p>
      <w:pPr>
        <w:pStyle w:val="Heading2"/>
      </w:pPr>
      <w:r>
        <w:t>O147  Il delitto di Sarah Scazzi</w:t>
      </w:r>
    </w:p>
    <w:p>
      <w:pPr>
        <w:keepNext/>
        <w:widowControl/>
      </w:pPr>
      <w:r>
        <w:t>Ciro Discepolo</w:t>
      </w:r>
    </w:p>
    <w:p>
      <w:pPr>
        <w:keepNext/>
        <w:widowControl/>
      </w:pPr>
      <w:r>
        <w:t>Prima data documentata: 2017-11. Presente nella bibliografia storica e in KDP.</w:t>
      </w:r>
    </w:p>
    <w:p>
      <w:pPr>
        <w:widowControl/>
        <w:ind w:left="173"/>
      </w:pPr>
      <w:r>
        <w:rPr>
          <w:sz w:val="20"/>
        </w:rPr>
        <w:t>2017-11 · italiano · E135. Il delitto di Sarah Scazzi. Editore: Edizioni Ricerca '90 e Amazon. Paperback, 128 pagine fisiche, ASIN 1979397481. Kindle, ASIN B0776BWB5Y.</w:t>
      </w:r>
    </w:p>
    <w:p>
      <w:pPr>
        <w:widowControl/>
      </w:pPr>
      <w:r>
        <w:t>Storico tecnico escluso dalle edizioni pubblicate: Kindle Bozza.</w:t>
      </w:r>
    </w:p>
    <w:p>
      <w:pPr>
        <w:pStyle w:val="Heading2"/>
      </w:pPr>
      <w:r>
        <w:t>O134  Milanesi</w:t>
      </w:r>
    </w:p>
    <w:p>
      <w:pPr>
        <w:keepNext/>
        <w:widowControl/>
      </w:pPr>
      <w:r>
        <w:t>Ciro Discepolo</w:t>
      </w:r>
    </w:p>
    <w:p>
      <w:pPr>
        <w:keepNext/>
        <w:widowControl/>
      </w:pPr>
      <w:r>
        <w:t>Prima data documentata: 2017-11. Presente nella bibliografia storica e in KDP.</w:t>
      </w:r>
    </w:p>
    <w:p>
      <w:pPr>
        <w:widowControl/>
        <w:ind w:left="173"/>
      </w:pPr>
      <w:r>
        <w:rPr>
          <w:sz w:val="20"/>
        </w:rPr>
        <w:t>2017-11 · lingua non accertata · E123. Milanesi. Editore: Edizioni Ricerca '90 e Amazon. Cartaceo, 212 pagine fisiche; corrispondenza con il formato KDP da verificare.</w:t>
      </w:r>
    </w:p>
    <w:p>
      <w:pPr>
        <w:widowControl/>
        <w:ind w:left="173"/>
      </w:pPr>
      <w:r>
        <w:rPr>
          <w:sz w:val="20"/>
        </w:rPr>
        <w:t>Data non documentata · lingua non accertata · E187. Milanesi. Paperback, ASIN 197604376X. Kindle, ASIN B075GKQPXF. Corrispondenza editoriale da verificare manualmente.</w:t>
      </w:r>
    </w:p>
    <w:p>
      <w:pPr>
        <w:widowControl/>
      </w:pPr>
      <w:r>
        <w:t>Storico tecnico escluso dalle edizioni pubblicate: Kindle Bozza.</w:t>
      </w:r>
    </w:p>
    <w:p>
      <w:pPr>
        <w:widowControl/>
      </w:pPr>
      <w:r>
        <w:t>Lingua e corrispondenza con i formati storici da verificare. Dettagli nel foglio DA_VERIFICARE: V041, V064.</w:t>
      </w:r>
    </w:p>
    <w:p>
      <w:pPr>
        <w:pStyle w:val="Heading2"/>
      </w:pPr>
      <w:r>
        <w:t>O146  Milanesi che si divertono</w:t>
      </w:r>
    </w:p>
    <w:p>
      <w:pPr>
        <w:keepNext/>
        <w:widowControl/>
      </w:pPr>
      <w:r>
        <w:t>Ciro Discepolo</w:t>
      </w:r>
    </w:p>
    <w:p>
      <w:pPr>
        <w:keepNext/>
        <w:widowControl/>
      </w:pPr>
      <w:r>
        <w:t>Prima data documentata: 2017-12. Presente nella bibliografia storica e in KDP.</w:t>
      </w:r>
    </w:p>
    <w:p>
      <w:pPr>
        <w:widowControl/>
        <w:ind w:left="173"/>
      </w:pPr>
      <w:r>
        <w:rPr>
          <w:sz w:val="20"/>
        </w:rPr>
        <w:t>2017-12 · lingua non accertata · E134. Milanesi che si divertono. Editore: Edizioni Ricerca '90 e Amazon. Cartaceo, 212 pagine fisiche; corrispondenza con il formato KDP da verificare.</w:t>
      </w:r>
    </w:p>
    <w:p>
      <w:pPr>
        <w:widowControl/>
        <w:ind w:left="173"/>
      </w:pPr>
      <w:r>
        <w:rPr>
          <w:sz w:val="20"/>
        </w:rPr>
        <w:t>Data non documentata · lingua non accertata · E186. Milanese who have fun: Milanesi che si divertono. Paperback, ASIN 1981301240. Corrispondenza editoriale da verificare manualmente.</w:t>
      </w:r>
    </w:p>
    <w:p>
      <w:pPr>
        <w:widowControl/>
      </w:pPr>
      <w:r>
        <w:t>Lingua e corrispondenza con i formati storici da verificare. Dettagli nel foglio DA_VERIFICARE: V040.</w:t>
      </w:r>
    </w:p>
    <w:p>
      <w:pPr>
        <w:pStyle w:val="Heading2"/>
      </w:pPr>
      <w:r>
        <w:t>O145  Milanesi che si divertono #2</w:t>
      </w:r>
    </w:p>
    <w:p>
      <w:pPr>
        <w:keepNext/>
        <w:widowControl/>
      </w:pPr>
      <w:r>
        <w:t>Ciro Discepolo</w:t>
      </w:r>
    </w:p>
    <w:p>
      <w:pPr>
        <w:keepNext/>
        <w:widowControl/>
      </w:pPr>
      <w:r>
        <w:t>Prima data documentata: 2018-03. Presente nella bibliografia storica e in KDP.</w:t>
      </w:r>
    </w:p>
    <w:p>
      <w:pPr>
        <w:widowControl/>
        <w:ind w:left="173"/>
      </w:pPr>
      <w:r>
        <w:rPr>
          <w:sz w:val="20"/>
        </w:rPr>
        <w:t>2018-03 · lingua non accertata · E133. Milanesi che si divertono #2. Editore: Edizioni Ricerca '90 e Amazon. Cartaceo, 212 pagine fisiche; corrispondenza con il formato KDP da verificare.</w:t>
      </w:r>
    </w:p>
    <w:p>
      <w:pPr>
        <w:widowControl/>
        <w:ind w:left="173"/>
      </w:pPr>
      <w:r>
        <w:rPr>
          <w:sz w:val="20"/>
        </w:rPr>
        <w:t>Data non documentata · lingua non accertata · E210. Milanese who have fun #2: Milanesi che si divertono #2. Paperback, ASIN 1986835251. Corrispondenza editoriale da verificare manualmente.</w:t>
      </w:r>
    </w:p>
    <w:p>
      <w:pPr>
        <w:widowControl/>
      </w:pPr>
      <w:r>
        <w:t>Lingua e corrispondenza con i formati storici da verificare. Dettagli nel foglio DA_VERIFICARE: V061.</w:t>
      </w:r>
    </w:p>
    <w:p>
      <w:pPr>
        <w:pStyle w:val="Heading2"/>
      </w:pPr>
      <w:r>
        <w:t>O144  Auschwitz-Birkenau</w:t>
      </w:r>
    </w:p>
    <w:p>
      <w:pPr>
        <w:keepNext/>
        <w:widowControl/>
      </w:pPr>
      <w:r>
        <w:t>Ciro Discepolo</w:t>
      </w:r>
    </w:p>
    <w:p>
      <w:pPr>
        <w:keepNext/>
        <w:widowControl/>
      </w:pPr>
      <w:r>
        <w:t>Prima data documentata: 2018-04. Presente nella bibliografia storica e in KDP.</w:t>
      </w:r>
    </w:p>
    <w:p>
      <w:pPr>
        <w:widowControl/>
        <w:ind w:left="173"/>
      </w:pPr>
      <w:r>
        <w:rPr>
          <w:sz w:val="20"/>
        </w:rPr>
        <w:t>2018-04 · lingua non accertata · E132. Auschwitz-Birkenau. Editore: Edizioni Ricerca '90 e Amazon. Cartaceo, 190 pagine fisiche; corrispondenza con il formato KDP da verificare.</w:t>
      </w:r>
    </w:p>
    <w:p>
      <w:pPr>
        <w:widowControl/>
        <w:ind w:left="173"/>
      </w:pPr>
      <w:r>
        <w:rPr>
          <w:sz w:val="20"/>
        </w:rPr>
        <w:t>Data non documentata · lingua non accertata · E207. Auschwitz-Birkenau. Paperback, ASIN 1987718402. Corrispondenza editoriale da verificare manualmente.</w:t>
      </w:r>
    </w:p>
    <w:p>
      <w:pPr>
        <w:widowControl/>
      </w:pPr>
      <w:r>
        <w:t>Lingua e corrispondenza con i formati storici da verificare. Dettagli nel foglio DA_VERIFICARE: V059.</w:t>
      </w:r>
    </w:p>
    <w:p>
      <w:pPr>
        <w:pStyle w:val="Heading2"/>
      </w:pPr>
      <w:r>
        <w:t>O143  Milanesi che si divertono #3</w:t>
      </w:r>
    </w:p>
    <w:p>
      <w:pPr>
        <w:keepNext/>
        <w:widowControl/>
      </w:pPr>
      <w:r>
        <w:t>Ciro Discepolo</w:t>
      </w:r>
    </w:p>
    <w:p>
      <w:pPr>
        <w:keepNext/>
        <w:widowControl/>
      </w:pPr>
      <w:r>
        <w:t>Prima data documentata: 2018-07. Presente nella bibliografia storica e in KDP.</w:t>
      </w:r>
    </w:p>
    <w:p>
      <w:pPr>
        <w:widowControl/>
        <w:ind w:left="173"/>
      </w:pPr>
      <w:r>
        <w:rPr>
          <w:sz w:val="20"/>
        </w:rPr>
        <w:t>2018-07 · lingua non accertata · E131. Milanesi che si divertono #3. Editore: Edizioni Ricerca '90 e Amazon. Cartaceo, 212 pagine fisiche; corrispondenza con il formato KDP da verificare.</w:t>
      </w:r>
    </w:p>
    <w:p>
      <w:pPr>
        <w:widowControl/>
        <w:ind w:left="173"/>
      </w:pPr>
      <w:r>
        <w:rPr>
          <w:sz w:val="20"/>
        </w:rPr>
        <w:t>Data non documentata · lingua non accertata · E201. Milanesi che si divertono #3. Paperback, ASIN 1722887087. Corrispondenza editoriale da verificare manualmente.</w:t>
      </w:r>
    </w:p>
    <w:p>
      <w:pPr>
        <w:widowControl/>
      </w:pPr>
      <w:r>
        <w:t>Lingua e corrispondenza con i formati storici da verificare. Dettagli nel foglio DA_VERIFICARE: V054.</w:t>
      </w:r>
    </w:p>
    <w:p>
      <w:pPr>
        <w:pStyle w:val="Heading2"/>
      </w:pPr>
      <w:r>
        <w:t>O142  People of Manhattan</w:t>
      </w:r>
    </w:p>
    <w:p>
      <w:pPr>
        <w:keepNext/>
        <w:widowControl/>
      </w:pPr>
      <w:r>
        <w:t>Ciro Discepolo</w:t>
      </w:r>
    </w:p>
    <w:p>
      <w:pPr>
        <w:keepNext/>
        <w:widowControl/>
      </w:pPr>
      <w:r>
        <w:t>Prima data documentata: 2018-08. Presente nella bibliografia storica e in KDP.</w:t>
      </w:r>
    </w:p>
    <w:p>
      <w:pPr>
        <w:widowControl/>
        <w:ind w:left="173"/>
      </w:pPr>
      <w:r>
        <w:rPr>
          <w:sz w:val="20"/>
        </w:rPr>
        <w:t>2018-08 · lingua non accertata · E130. People of Manhattan. Editore: Edizioni Ricerca '90 e Amazon. Cartaceo, 212 pagine fisiche; corrispondenza con il formato KDP da verificare.</w:t>
      </w:r>
    </w:p>
    <w:p>
      <w:pPr>
        <w:widowControl/>
        <w:ind w:left="173"/>
      </w:pPr>
      <w:r>
        <w:rPr>
          <w:sz w:val="20"/>
        </w:rPr>
        <w:t>Data non documentata · lingua non accertata · E196. People of Manhattan. Paperback, ASIN 1725503581. Corrispondenza editoriale da verificare manualmente.</w:t>
      </w:r>
    </w:p>
    <w:p>
      <w:pPr>
        <w:widowControl/>
      </w:pPr>
      <w:r>
        <w:t>Lingua e corrispondenza con i formati storici da verificare. Dettagli nel foglio DA_VERIFICARE: V051.</w:t>
      </w:r>
    </w:p>
    <w:p>
      <w:pPr>
        <w:pStyle w:val="Heading2"/>
      </w:pPr>
      <w:r>
        <w:t>O010  Il Delitto di Yara Gambirasio</w:t>
      </w:r>
    </w:p>
    <w:p>
      <w:pPr>
        <w:keepNext/>
        <w:widowControl/>
      </w:pPr>
      <w:r>
        <w:t>Ciro Discepolo</w:t>
      </w:r>
    </w:p>
    <w:p>
      <w:pPr>
        <w:keepNext/>
        <w:widowControl/>
      </w:pPr>
      <w:r>
        <w:t>Prima data documentata: 2018-10. Presente nella bibliografia storica e in KDP.</w:t>
      </w:r>
    </w:p>
    <w:p>
      <w:pPr>
        <w:widowControl/>
        <w:ind w:left="173"/>
      </w:pPr>
      <w:r>
        <w:rPr>
          <w:sz w:val="20"/>
        </w:rPr>
        <w:t>2018-10 · italiano · E007. Il Delitto di Yara Gambirasio. Editore: Edizioni Ricerca '90 e Amazon. Paperback, 132 pagine fisiche, ASIN 1727849949. Kindle, ASIN B07LF8P2VC.</w:t>
      </w:r>
    </w:p>
    <w:p>
      <w:pPr>
        <w:pStyle w:val="Heading2"/>
      </w:pPr>
      <w:r>
        <w:t>O008  Lettura Critica del Tema Natale</w:t>
      </w:r>
    </w:p>
    <w:p>
      <w:pPr>
        <w:keepNext/>
        <w:widowControl/>
      </w:pPr>
      <w:r>
        <w:t>Ciro Discepolo</w:t>
      </w:r>
    </w:p>
    <w:p>
      <w:pPr>
        <w:keepNext/>
        <w:widowControl/>
      </w:pPr>
      <w:r>
        <w:t>Prima data documentata: 2018-11. Presente nella bibliografia storica e in KDP.</w:t>
      </w:r>
    </w:p>
    <w:p>
      <w:pPr>
        <w:widowControl/>
        <w:ind w:left="173"/>
      </w:pPr>
      <w:r>
        <w:rPr>
          <w:sz w:val="20"/>
        </w:rPr>
        <w:t>2018-11 · italiano · E006. Lettura Critica del Tema Natale. Editore: Edizioni Ricerca '90 e Amazon. Paperback, 134 pagine fisiche, ASIN 1790570328. Kindle, ASIN B07L16XM25.</w:t>
      </w:r>
    </w:p>
    <w:p>
      <w:pPr>
        <w:widowControl/>
        <w:ind w:left="173"/>
      </w:pPr>
      <w:r>
        <w:rPr>
          <w:sz w:val="20"/>
        </w:rPr>
        <w:t>Data non documentata · inglese · E238. Critical Reading of the Natal Chart. Kindle, ASIN B0HDBFLPJ4. Traduzione Kindle Translate pubblicata.</w:t>
      </w:r>
    </w:p>
    <w:p>
      <w:pPr>
        <w:pStyle w:val="Heading2"/>
      </w:pPr>
      <w:r>
        <w:t>O002  Il Blog di Ciro Discepolo I Parte</w:t>
      </w:r>
    </w:p>
    <w:p>
      <w:pPr>
        <w:keepNext/>
        <w:widowControl/>
      </w:pPr>
      <w:r>
        <w:t>Ciro Discepolo</w:t>
      </w:r>
    </w:p>
    <w:p>
      <w:pPr>
        <w:keepNext/>
        <w:widowControl/>
      </w:pPr>
      <w:r>
        <w:t>Prima data documentata: 2019-01. Presente nella bibliografia storica e in KDP.</w:t>
      </w:r>
    </w:p>
    <w:p>
      <w:pPr>
        <w:widowControl/>
        <w:ind w:left="173"/>
      </w:pPr>
      <w:r>
        <w:rPr>
          <w:sz w:val="20"/>
        </w:rPr>
        <w:t>2019-01 · italiano · E002. Il Blog di Ciro Discepolo I Parte. Editore: Edizioni Ricerca '90 e Amazon. Paperback, 450 pagine fisiche, ASIN 1793135835. Kindle, ASIN B07MC1NHCP.</w:t>
      </w:r>
    </w:p>
    <w:p>
      <w:pPr>
        <w:widowControl/>
        <w:ind w:left="173"/>
      </w:pPr>
      <w:r>
        <w:rPr>
          <w:sz w:val="20"/>
        </w:rPr>
        <w:t>Data non documentata · inglese · E250. Ciro Discepolo's Blog Part I. Kindle, ASIN B0HHXWMHG9. Traduzione Kindle Translate pubblicata.</w:t>
      </w:r>
    </w:p>
    <w:p>
      <w:pPr>
        <w:pStyle w:val="Heading2"/>
      </w:pPr>
      <w:r>
        <w:t>O007  Milano Fashion Week</w:t>
      </w:r>
    </w:p>
    <w:p>
      <w:pPr>
        <w:keepNext/>
        <w:widowControl/>
      </w:pPr>
      <w:r>
        <w:t>Ciro Discepolo</w:t>
      </w:r>
    </w:p>
    <w:p>
      <w:pPr>
        <w:keepNext/>
        <w:widowControl/>
      </w:pPr>
      <w:r>
        <w:t>Prima data documentata: 2019-03. Presente nella bibliografia storica e in KDP.</w:t>
      </w:r>
    </w:p>
    <w:p>
      <w:pPr>
        <w:widowControl/>
        <w:ind w:left="173"/>
      </w:pPr>
      <w:r>
        <w:rPr>
          <w:sz w:val="20"/>
        </w:rPr>
        <w:t>2019-03 · lingua non accertata · E005. Milano Fashion Week. Editore: Edizioni Ricerca '90 e Amazon. Cartaceo, 212 pagine fisiche; corrispondenza con il formato KDP da verificare.</w:t>
      </w:r>
    </w:p>
    <w:p>
      <w:pPr>
        <w:widowControl/>
        <w:ind w:left="173"/>
      </w:pPr>
      <w:r>
        <w:rPr>
          <w:sz w:val="20"/>
        </w:rPr>
        <w:t>Data non documentata · lingua non accertata · E184. Milano Fashion Week. Paperback, ASIN 1090399936. Corrispondenza editoriale da verificare manualmente.</w:t>
      </w:r>
    </w:p>
    <w:p>
      <w:pPr>
        <w:widowControl/>
      </w:pPr>
      <w:r>
        <w:t>Lingua e corrispondenza con i formati storici da verificare. Dettagli nel foglio DA_VERIFICARE: V038.</w:t>
      </w:r>
    </w:p>
    <w:p>
      <w:pPr>
        <w:pStyle w:val="Heading2"/>
      </w:pPr>
      <w:r>
        <w:t>O004  The Carnival of Venice</w:t>
      </w:r>
    </w:p>
    <w:p>
      <w:pPr>
        <w:keepNext/>
        <w:widowControl/>
      </w:pPr>
      <w:r>
        <w:t>Ciro Discepolo</w:t>
      </w:r>
    </w:p>
    <w:p>
      <w:pPr>
        <w:keepNext/>
        <w:widowControl/>
      </w:pPr>
      <w:r>
        <w:t>Prima data documentata: 2019-04. Presente nella bibliografia storica e in KDP.</w:t>
      </w:r>
    </w:p>
    <w:p>
      <w:pPr>
        <w:widowControl/>
        <w:ind w:left="173"/>
      </w:pPr>
      <w:r>
        <w:rPr>
          <w:sz w:val="20"/>
        </w:rPr>
        <w:t>2019-04 · lingua non accertata · E003. The Carnival of Venice. Editore: Edizioni Ricerca '90 e Amazon. Cartaceo, 212 pagine fisiche; corrispondenza con il formato KDP da verificare. eBook; corrispondenza con il formato KDP da verificare.</w:t>
      </w:r>
    </w:p>
    <w:p>
      <w:pPr>
        <w:widowControl/>
        <w:ind w:left="173"/>
      </w:pPr>
      <w:r>
        <w:rPr>
          <w:sz w:val="20"/>
        </w:rPr>
        <w:t>Data non documentata · lingua non accertata · E183. The Carnival of Venice. Paperback, ASIN 1092349073. Corrispondenza editoriale da verificare manualmente.</w:t>
      </w:r>
    </w:p>
    <w:p>
      <w:pPr>
        <w:widowControl/>
      </w:pPr>
      <w:r>
        <w:t>Lingua e corrispondenza con i formati storici da verificare. Dettagli nel foglio DA_VERIFICARE: V037.</w:t>
      </w:r>
    </w:p>
    <w:p>
      <w:pPr>
        <w:pStyle w:val="Heading2"/>
      </w:pPr>
      <w:r>
        <w:t>O148  La strage di erba</w:t>
      </w:r>
    </w:p>
    <w:p>
      <w:pPr>
        <w:keepNext/>
        <w:widowControl/>
      </w:pPr>
      <w:r>
        <w:t>Ciro Discepolo</w:t>
      </w:r>
    </w:p>
    <w:p>
      <w:pPr>
        <w:keepNext/>
        <w:widowControl/>
      </w:pPr>
      <w:r>
        <w:t>Prima data documentata: 2019-05. Presente nella bibliografia storica e in KDP.</w:t>
      </w:r>
    </w:p>
    <w:p>
      <w:pPr>
        <w:widowControl/>
        <w:ind w:left="173"/>
      </w:pPr>
      <w:r>
        <w:rPr>
          <w:sz w:val="20"/>
        </w:rPr>
        <w:t>2019-05 · italiano · E136. La strage di erba. Editore: Edizioni Ricerca '90 e Amazon. Paperback, 180 pagine fisiche, ASIN 1097824675. Kindle, ASIN B07RRN7HBM.</w:t>
      </w:r>
    </w:p>
    <w:p>
      <w:pPr>
        <w:pStyle w:val="Heading2"/>
      </w:pPr>
      <w:r>
        <w:t>O150  "Milano, ritratti per strada "</w:t>
      </w:r>
    </w:p>
    <w:p>
      <w:pPr>
        <w:keepNext/>
        <w:widowControl/>
      </w:pPr>
      <w:r>
        <w:t>Ciro Discepolo</w:t>
      </w:r>
    </w:p>
    <w:p>
      <w:pPr>
        <w:keepNext/>
        <w:widowControl/>
      </w:pPr>
      <w:r>
        <w:t>Prima data documentata: 2019-06. Presente nella bibliografia storica e in KDP.</w:t>
      </w:r>
    </w:p>
    <w:p>
      <w:pPr>
        <w:widowControl/>
        <w:ind w:left="173"/>
      </w:pPr>
      <w:r>
        <w:rPr>
          <w:sz w:val="20"/>
        </w:rPr>
        <w:t>2019-06 · lingua non accertata · E138. "Milano, ritratti per strada ". Editore: Edizioni Ricerca '90 e Amazon. Cartaceo, 212 pagine fisiche; corrispondenza con il formato KDP da verificare.</w:t>
      </w:r>
    </w:p>
    <w:p>
      <w:pPr>
        <w:widowControl/>
        <w:ind w:left="173"/>
      </w:pPr>
      <w:r>
        <w:rPr>
          <w:sz w:val="20"/>
        </w:rPr>
        <w:t>Data non documentata · lingua non accertata · E182. Milano, ritratti per strada. Paperback, ASIN 1075799775. Corrispondenza editoriale da verificare manualmente.</w:t>
      </w:r>
    </w:p>
    <w:p>
      <w:pPr>
        <w:widowControl/>
      </w:pPr>
      <w:r>
        <w:t>Lingua e corrispondenza con i formati storici da verificare. Dettagli nel foglio DA_VERIFICARE: V036.</w:t>
      </w:r>
    </w:p>
    <w:p>
      <w:pPr>
        <w:pStyle w:val="Heading2"/>
      </w:pPr>
      <w:r>
        <w:t>O149  Il blog di Ciro Discepolo - II Parte</w:t>
      </w:r>
    </w:p>
    <w:p>
      <w:pPr>
        <w:keepNext/>
        <w:widowControl/>
      </w:pPr>
      <w:r>
        <w:t>Ciro Discepolo</w:t>
      </w:r>
    </w:p>
    <w:p>
      <w:pPr>
        <w:keepNext/>
        <w:widowControl/>
      </w:pPr>
      <w:r>
        <w:t>Prima data documentata: 2019-06. Presente nella bibliografia storica e in KDP.</w:t>
      </w:r>
    </w:p>
    <w:p>
      <w:pPr>
        <w:widowControl/>
        <w:ind w:left="173"/>
      </w:pPr>
      <w:r>
        <w:rPr>
          <w:sz w:val="20"/>
        </w:rPr>
        <w:t>2019-06 · italiano · E137. Il blog di Ciro Discepolo - II Parte. Editore: Edizioni Ricerca '90 e Amazon. Paperback, 506 pagine fisiche, ASIN 1073331709. Kindle, ASIN B07T24ZHXP.</w:t>
      </w:r>
    </w:p>
    <w:p>
      <w:pPr>
        <w:pStyle w:val="Heading2"/>
      </w:pPr>
      <w:r>
        <w:t>O154  Vietato Severamente Fotografare</w:t>
      </w:r>
    </w:p>
    <w:p>
      <w:pPr>
        <w:keepNext/>
        <w:widowControl/>
      </w:pPr>
      <w:r>
        <w:t>Ciro Discepolo</w:t>
      </w:r>
    </w:p>
    <w:p>
      <w:pPr>
        <w:keepNext/>
        <w:widowControl/>
      </w:pPr>
      <w:r>
        <w:t>Prima data documentata: 2019-10. Presente solo nella bibliografia storica.</w:t>
      </w:r>
    </w:p>
    <w:p>
      <w:pPr>
        <w:widowControl/>
        <w:ind w:left="173"/>
      </w:pPr>
      <w:r>
        <w:rPr>
          <w:sz w:val="20"/>
        </w:rPr>
        <w:t>2019-10 · italiano · E142. Vietato Severamente Fotografare. Editore: Guida editori. Cartaceo, 182 pagine fisiche.</w:t>
      </w:r>
    </w:p>
    <w:p>
      <w:pPr>
        <w:pStyle w:val="Heading2"/>
      </w:pPr>
      <w:r>
        <w:t>O152  Il blog di Ciro Discepolo - III Parte</w:t>
      </w:r>
    </w:p>
    <w:p>
      <w:pPr>
        <w:keepNext/>
        <w:widowControl/>
      </w:pPr>
      <w:r>
        <w:t>Ciro Discepolo</w:t>
      </w:r>
    </w:p>
    <w:p>
      <w:pPr>
        <w:keepNext/>
        <w:widowControl/>
      </w:pPr>
      <w:r>
        <w:t>Prima data documentata: 2019-11. Presente nella bibliografia storica e in KDP.</w:t>
      </w:r>
    </w:p>
    <w:p>
      <w:pPr>
        <w:widowControl/>
        <w:ind w:left="173"/>
      </w:pPr>
      <w:r>
        <w:rPr>
          <w:sz w:val="20"/>
        </w:rPr>
        <w:t>2019-11 · italiano · E140. Il blog di Ciro Discepolo - III Parte. Editore: Edizioni Ricerca '90 e Amazon. Paperback, 472 pagine fisiche, ASIN 1713235188. Kindle, ASIN B082938LPZ.</w:t>
      </w:r>
    </w:p>
    <w:p>
      <w:pPr>
        <w:pStyle w:val="Heading2"/>
      </w:pPr>
      <w:r>
        <w:t>O151  "Milano, ritratti per strada # 2 "</w:t>
      </w:r>
    </w:p>
    <w:p>
      <w:pPr>
        <w:keepNext/>
        <w:widowControl/>
      </w:pPr>
      <w:r>
        <w:t>Ciro Discepolo</w:t>
      </w:r>
    </w:p>
    <w:p>
      <w:pPr>
        <w:keepNext/>
        <w:widowControl/>
      </w:pPr>
      <w:r>
        <w:t>Prima data documentata: 2020-01. Presente nella bibliografia storica e in KDP.</w:t>
      </w:r>
    </w:p>
    <w:p>
      <w:pPr>
        <w:widowControl/>
        <w:ind w:left="173"/>
      </w:pPr>
      <w:r>
        <w:rPr>
          <w:sz w:val="20"/>
        </w:rPr>
        <w:t>2020-01 · lingua non accertata · E139. "Milano, ritratti per strada # 2 ". Editore: Edizioni Ricerca '90 e Amazon. Cartaceo, 212 pagine fisiche; corrispondenza con il formato KDP da verificare.</w:t>
      </w:r>
    </w:p>
    <w:p>
      <w:pPr>
        <w:widowControl/>
        <w:ind w:left="173"/>
      </w:pPr>
      <w:r>
        <w:rPr>
          <w:sz w:val="20"/>
        </w:rPr>
        <w:t>Data non documentata · lingua non accertata · E181. Milano, ritratti per strada #2. Paperback, ASIN B0841XPB93. Corrispondenza editoriale da verificare manualmente.</w:t>
      </w:r>
    </w:p>
    <w:p>
      <w:pPr>
        <w:widowControl/>
      </w:pPr>
      <w:r>
        <w:t>Lingua e corrispondenza con i formati storici da verificare. Dettagli nel foglio DA_VERIFICARE: V035.</w:t>
      </w:r>
    </w:p>
    <w:p>
      <w:pPr>
        <w:pStyle w:val="Heading2"/>
      </w:pPr>
      <w:r>
        <w:t>O153  Il Mostro di Firenze</w:t>
      </w:r>
    </w:p>
    <w:p>
      <w:pPr>
        <w:keepNext/>
        <w:widowControl/>
      </w:pPr>
      <w:r>
        <w:t>Ciro Discepolo</w:t>
      </w:r>
    </w:p>
    <w:p>
      <w:pPr>
        <w:keepNext/>
        <w:widowControl/>
      </w:pPr>
      <w:r>
        <w:t>Prima data documentata: 2020-01. Presente nella bibliografia storica e in KDP.</w:t>
      </w:r>
    </w:p>
    <w:p>
      <w:pPr>
        <w:widowControl/>
        <w:ind w:left="173"/>
      </w:pPr>
      <w:r>
        <w:rPr>
          <w:sz w:val="20"/>
        </w:rPr>
        <w:t>2020-01 · italiano · E141. Il Mostro di Firenze. Editore: Edizioni Ricerca '90 e Amazon. Paperback, 142 pagine fisiche, ASIN 1657474526. Kindle, ASIN B083P6YSVN.</w:t>
      </w:r>
    </w:p>
    <w:p>
      <w:pPr>
        <w:pStyle w:val="Heading2"/>
      </w:pPr>
      <w:r>
        <w:t>O157  Tanta bellezza a Milano Anche Durante il Covid-19</w:t>
      </w:r>
    </w:p>
    <w:p>
      <w:pPr>
        <w:keepNext/>
        <w:widowControl/>
      </w:pPr>
      <w:r>
        <w:t>Ciro Discepolo</w:t>
      </w:r>
    </w:p>
    <w:p>
      <w:pPr>
        <w:keepNext/>
        <w:widowControl/>
      </w:pPr>
      <w:r>
        <w:t>Prima data documentata: 2020-08-20. Presente nella bibliografia storica e in KDP.</w:t>
      </w:r>
    </w:p>
    <w:p>
      <w:pPr>
        <w:widowControl/>
        <w:ind w:left="173"/>
      </w:pPr>
      <w:r>
        <w:rPr>
          <w:sz w:val="20"/>
        </w:rPr>
        <w:t>2020-08-20 · lingua non accertata · E145. Tanta bellezza a Milano Anche Durante il Covid-19. Editore: Edizioni Ricerca '90 e Amazon. Cartaceo, 212 pagine fisiche; corrispondenza con il formato KDP da verificare.</w:t>
      </w:r>
    </w:p>
    <w:p>
      <w:pPr>
        <w:widowControl/>
        <w:ind w:left="173"/>
      </w:pPr>
      <w:r>
        <w:rPr>
          <w:sz w:val="20"/>
        </w:rPr>
        <w:t>Data non documentata · lingua non accertata · E180. TANTA BELLEZZA A MILANO: ANCHE DURANTE IL COVID-19. Paperback, ASIN B08G9L6YDW. Corrispondenza editoriale da verificare manualmente.</w:t>
      </w:r>
    </w:p>
    <w:p>
      <w:pPr>
        <w:widowControl/>
      </w:pPr>
      <w:r>
        <w:t>Lingua e corrispondenza con i formati storici da verificare. Dettagli nel foglio DA_VERIFICARE: V034.</w:t>
      </w:r>
    </w:p>
    <w:p>
      <w:pPr>
        <w:pStyle w:val="Heading2"/>
      </w:pPr>
      <w:r>
        <w:t>O158  I Viaggi delle Stelle</w:t>
      </w:r>
    </w:p>
    <w:p>
      <w:pPr>
        <w:keepNext/>
        <w:widowControl/>
      </w:pPr>
      <w:r>
        <w:t>Ciro Discepolo</w:t>
      </w:r>
    </w:p>
    <w:p>
      <w:pPr>
        <w:keepNext/>
        <w:widowControl/>
      </w:pPr>
      <w:r>
        <w:t>Prima data documentata: 2021-04-01. Presente nella bibliografia storica e in KDP.</w:t>
      </w:r>
    </w:p>
    <w:p>
      <w:pPr>
        <w:widowControl/>
        <w:ind w:left="173"/>
      </w:pPr>
      <w:r>
        <w:rPr>
          <w:sz w:val="20"/>
        </w:rPr>
        <w:t>2021-04-01 · italiano · E146. I Viaggi delle Stelle. Editore: Edizioni Ricerca '90 e Amazon. Paperback, 282 pagine fisiche, ASIN B0932L4ST9. Kindle, ASIN B0936M5NL1.</w:t>
      </w:r>
    </w:p>
    <w:p>
      <w:pPr>
        <w:widowControl/>
        <w:ind w:left="173"/>
      </w:pPr>
      <w:r>
        <w:rPr>
          <w:sz w:val="20"/>
        </w:rPr>
        <w:t>Data non documentata · francese · E229. Voyager à travers les étoiles. Kindle, ASIN B0HHDF8DVN. Traduzione Kindle Translate pubblicata.</w:t>
      </w:r>
    </w:p>
    <w:p>
      <w:pPr>
        <w:widowControl/>
        <w:ind w:left="173"/>
      </w:pPr>
      <w:r>
        <w:rPr>
          <w:sz w:val="20"/>
        </w:rPr>
        <w:t>Data non documentata · inglese · E174. TRAVELLING THROUGH THE STARS. Kindle, ASIN B0HHC9NC93. Paperback, ASIN B094L5BMRM.</w:t>
      </w:r>
    </w:p>
    <w:p>
      <w:pPr>
        <w:widowControl/>
        <w:ind w:left="173"/>
      </w:pPr>
      <w:r>
        <w:rPr>
          <w:sz w:val="20"/>
        </w:rPr>
        <w:t>Data non documentata · inglese · E179. Travelling Though The Stars. Kindle, ASIN B094NQLG1Z. Corrispondenza editoriale da verificare manualmente.</w:t>
      </w:r>
    </w:p>
    <w:p>
      <w:pPr>
        <w:widowControl/>
        <w:ind w:left="173"/>
      </w:pPr>
      <w:r>
        <w:rPr>
          <w:sz w:val="20"/>
        </w:rPr>
        <w:t>Data non documentata · italiano · E227. Viaggio tra le stelle. Kindle, ASIN B0HHDW1RSP. Traduzione Kindle Translate pubblicata.</w:t>
      </w:r>
    </w:p>
    <w:p>
      <w:pPr>
        <w:widowControl/>
        <w:ind w:left="173"/>
      </w:pPr>
      <w:r>
        <w:rPr>
          <w:sz w:val="20"/>
        </w:rPr>
        <w:t>Data non documentata · portoghese brasiliano · E231. Viajando pelas estrelas. Kindle, ASIN B0HHD4QGDS. Traduzione Kindle Translate pubblicata.</w:t>
      </w:r>
    </w:p>
    <w:p>
      <w:pPr>
        <w:widowControl/>
        <w:ind w:left="173"/>
      </w:pPr>
      <w:r>
        <w:rPr>
          <w:sz w:val="20"/>
        </w:rPr>
        <w:t>Data non documentata · spagnolo · E228. Viajando a través de las estrellas. Kindle, ASIN B0HHDK3MHW. Traduzione Kindle Translate pubblicata.</w:t>
      </w:r>
    </w:p>
    <w:p>
      <w:pPr>
        <w:widowControl/>
        <w:ind w:left="173"/>
      </w:pPr>
      <w:r>
        <w:rPr>
          <w:sz w:val="20"/>
        </w:rPr>
        <w:t>Data non documentata · tedesco · E230. Reisen durch die Sterne. Kindle, ASIN B0HHD4DVVH. Traduzione Kindle Translate pubblicata.</w:t>
      </w:r>
    </w:p>
    <w:p>
      <w:pPr>
        <w:widowControl/>
      </w:pPr>
      <w:r>
        <w:t>Note di verifica: ASIN distinti nello stesso formato. Conservate schede di edizione distinte; rapporto tra ristampa, nuova edizione o duplicato da verificare.</w:t>
      </w:r>
    </w:p>
    <w:p>
      <w:pPr>
        <w:pStyle w:val="Heading2"/>
      </w:pPr>
      <w:r>
        <w:t>O159  Viaggiando con le stelle - Volume 2 - Le foto</w:t>
      </w:r>
    </w:p>
    <w:p>
      <w:pPr>
        <w:keepNext/>
        <w:widowControl/>
      </w:pPr>
      <w:r>
        <w:t>Ciro Discepolo</w:t>
      </w:r>
    </w:p>
    <w:p>
      <w:pPr>
        <w:keepNext/>
        <w:widowControl/>
      </w:pPr>
      <w:r>
        <w:t>Prima data documentata: 2021-04-01. Presente nella bibliografia storica e in KDP.</w:t>
      </w:r>
    </w:p>
    <w:p>
      <w:pPr>
        <w:widowControl/>
        <w:ind w:left="173"/>
      </w:pPr>
      <w:r>
        <w:rPr>
          <w:sz w:val="20"/>
        </w:rPr>
        <w:t>2021-04-01 · lingua non accertata · E147. Viaggiando con le stelle - Volume 2 - Le foto. Editore: Edizioni Ricerca '90 e Amazon. Cartaceo, 212 pagine fisiche; corrispondenza con il formato KDP da verificare.</w:t>
      </w:r>
    </w:p>
    <w:p>
      <w:pPr>
        <w:widowControl/>
        <w:ind w:left="173"/>
      </w:pPr>
      <w:r>
        <w:rPr>
          <w:sz w:val="20"/>
        </w:rPr>
        <w:t>Data non documentata · lingua non accertata · E178. TRAVELLING THROUGH THE STARS: VOLUME II: LE FOTO - PICTURES. Paperback, ASIN B09K1WVHHC.</w:t>
      </w:r>
    </w:p>
    <w:p>
      <w:pPr>
        <w:widowControl/>
      </w:pPr>
      <w:r>
        <w:t>Lingua e corrispondenza con i formati storici da verificare. Dettagli nel foglio DA_VERIFICARE: V032.</w:t>
      </w:r>
    </w:p>
    <w:p>
      <w:pPr>
        <w:pStyle w:val="Heading2"/>
      </w:pPr>
      <w:r>
        <w:t>O160  DUBAI DUBAI</w:t>
      </w:r>
    </w:p>
    <w:p>
      <w:pPr>
        <w:keepNext/>
        <w:widowControl/>
      </w:pPr>
      <w:r>
        <w:t>Ciro Discepolo</w:t>
      </w:r>
    </w:p>
    <w:p>
      <w:pPr>
        <w:keepNext/>
        <w:widowControl/>
      </w:pPr>
      <w:r>
        <w:t>Prima data documentata: 2022-02-15. Presente nella bibliografia storica e in KDP.</w:t>
      </w:r>
    </w:p>
    <w:p>
      <w:pPr>
        <w:widowControl/>
        <w:ind w:left="173"/>
      </w:pPr>
      <w:r>
        <w:rPr>
          <w:sz w:val="20"/>
        </w:rPr>
        <w:t>2022-02-15 · lingua non accertata · E148. DUBAI DUBAI. Editore: Edizioni Ricerca '90 e Amazon. Cartaceo, 212 pagine fisiche; corrispondenza con il formato KDP da verificare.</w:t>
      </w:r>
    </w:p>
    <w:p>
      <w:pPr>
        <w:widowControl/>
        <w:ind w:left="173"/>
      </w:pPr>
      <w:r>
        <w:rPr>
          <w:sz w:val="20"/>
        </w:rPr>
        <w:t>Data non documentata · lingua non accertata · E177. DUBAI DUBAI. Paperback, ASIN B09RM4PWK8. Corrispondenza editoriale da verificare manualmente.</w:t>
      </w:r>
    </w:p>
    <w:p>
      <w:pPr>
        <w:widowControl/>
      </w:pPr>
      <w:r>
        <w:t>Lingua e corrispondenza con i formati storici da verificare. Dettagli nel foglio DA_VERIFICARE: V031.</w:t>
      </w:r>
    </w:p>
    <w:p>
      <w:pPr>
        <w:pStyle w:val="Heading2"/>
      </w:pPr>
      <w:r>
        <w:t>O161  "COVID-19, Una lettura anche astrologica dei fatti"</w:t>
      </w:r>
    </w:p>
    <w:p>
      <w:pPr>
        <w:keepNext/>
        <w:widowControl/>
      </w:pPr>
      <w:r>
        <w:t>Ciro Discepolo</w:t>
      </w:r>
    </w:p>
    <w:p>
      <w:pPr>
        <w:keepNext/>
        <w:widowControl/>
      </w:pPr>
      <w:r>
        <w:t>Prima data documentata: 2022-02-20. Presente nella bibliografia storica e in KDP.</w:t>
      </w:r>
    </w:p>
    <w:p>
      <w:pPr>
        <w:widowControl/>
        <w:ind w:left="173"/>
      </w:pPr>
      <w:r>
        <w:rPr>
          <w:sz w:val="20"/>
        </w:rPr>
        <w:t>2022-02-20 · italiano · E149. "COVID-19, Una lettura anche astrologica dei fatti". Editore: Edizioni Ricerca '90 e Amazon. Paperback, 190 pagine fisiche, ASIN B09SFMKVQJ. Kindle, ASIN B09SM6ZHRX.</w:t>
      </w:r>
    </w:p>
    <w:p>
      <w:pPr>
        <w:pStyle w:val="Heading2"/>
      </w:pPr>
      <w:r>
        <w:t>O162  CUBA</w:t>
      </w:r>
    </w:p>
    <w:p>
      <w:pPr>
        <w:keepNext/>
        <w:widowControl/>
      </w:pPr>
      <w:r>
        <w:t>Ciro Discepolo</w:t>
      </w:r>
    </w:p>
    <w:p>
      <w:pPr>
        <w:keepNext/>
        <w:widowControl/>
      </w:pPr>
      <w:r>
        <w:t>Prima data documentata: 2022-05-28. Presente nella bibliografia storica e in KDP.</w:t>
      </w:r>
    </w:p>
    <w:p>
      <w:pPr>
        <w:widowControl/>
        <w:ind w:left="173"/>
      </w:pPr>
      <w:r>
        <w:rPr>
          <w:sz w:val="20"/>
        </w:rPr>
        <w:t>2022-05-28 · inglese · E150. CUBA. Editore: Edizioni Ricerca '90 e Amazon. Paperback, 212 pagine fisiche, ASIN B0B2MSLDKC, ISBN 979-8832474854.</w:t>
      </w:r>
    </w:p>
    <w:p>
      <w:pPr>
        <w:widowControl/>
        <w:ind w:left="173"/>
      </w:pPr>
      <w:r>
        <w:rPr>
          <w:sz w:val="20"/>
        </w:rPr>
        <w:t>2026-09-07 · francese · E321. Cuba. Kindle, lunghezza Kindle 146 pagine, ASIN B0HJ49Y9TL.</w:t>
      </w:r>
    </w:p>
    <w:p>
      <w:pPr>
        <w:widowControl/>
        <w:ind w:left="173"/>
      </w:pPr>
      <w:r>
        <w:rPr>
          <w:sz w:val="20"/>
        </w:rPr>
        <w:t>2026-09-07 · italiano · E173. Cuba. Kindle, lunghezza Kindle 145 pagine, ASIN B0HJ312LTX.</w:t>
      </w:r>
    </w:p>
    <w:p>
      <w:pPr>
        <w:widowControl/>
        <w:ind w:left="173"/>
      </w:pPr>
      <w:r>
        <w:rPr>
          <w:sz w:val="20"/>
        </w:rPr>
        <w:t>2026-09-07 · tedesco · E320. Kuba. Kindle, lunghezza Kindle 146 pagine, ASIN B0HJ3VJ5SL.</w:t>
      </w:r>
    </w:p>
    <w:p>
      <w:pPr>
        <w:widowControl/>
      </w:pPr>
      <w:r>
        <w:t>Note di verifica: Il riepilogo KDP indica 3 traduzioni online e 2 fallite. Leggi5 identifica il Kindle italiano già censito e due ulteriori ASIN tedesco/francese. Non è possibile stabilire se il conteggio 3 includa l’italiano o se esista una terza traduzione distinta. ASIN DA RECUPERARE MANUALMENTE solo se confermata una ulteriore edizione. Le 2 fallite restano un dato aggregato, senza lingue inventate.</w:t>
      </w:r>
    </w:p>
    <w:p>
      <w:pPr>
        <w:pStyle w:val="Heading2"/>
      </w:pPr>
      <w:r>
        <w:t>O163  "RECENSIONI, RACCONTI, SAGGI BREVI"</w:t>
      </w:r>
    </w:p>
    <w:p>
      <w:pPr>
        <w:keepNext/>
        <w:widowControl/>
      </w:pPr>
      <w:r>
        <w:t>Ciro Discepolo</w:t>
      </w:r>
    </w:p>
    <w:p>
      <w:pPr>
        <w:keepNext/>
        <w:widowControl/>
      </w:pPr>
      <w:r>
        <w:t>Prima data documentata: 2022-06-03. Presente nella bibliografia storica e in KDP.</w:t>
      </w:r>
    </w:p>
    <w:p>
      <w:pPr>
        <w:widowControl/>
        <w:ind w:left="173"/>
      </w:pPr>
      <w:r>
        <w:rPr>
          <w:sz w:val="20"/>
        </w:rPr>
        <w:t>2022-06-03 · italiano · E151. "RECENSIONI, RACCONTI, SAGGI BREVI". Editore: Edizioni Ricerca '90 e Amazon. Paperback, 144 pagine fisiche, ASIN B0B35ZW61T. Kindle, ASIN B0B36D1X8W.</w:t>
      </w:r>
    </w:p>
    <w:p>
      <w:pPr>
        <w:pStyle w:val="Heading2"/>
      </w:pPr>
      <w:r>
        <w:t>O164  50 RIVOLUZIONI LUNARI MIRATE -  PER CAPIRE MEGLIO</w:t>
      </w:r>
    </w:p>
    <w:p>
      <w:pPr>
        <w:keepNext/>
        <w:widowControl/>
      </w:pPr>
      <w:r>
        <w:t>Ciro Discepolo</w:t>
      </w:r>
    </w:p>
    <w:p>
      <w:pPr>
        <w:keepNext/>
        <w:widowControl/>
      </w:pPr>
      <w:r>
        <w:t>Prima data documentata: 2022-07-25. Presente nella bibliografia storica e in KDP.</w:t>
      </w:r>
    </w:p>
    <w:p>
      <w:pPr>
        <w:widowControl/>
        <w:ind w:left="173"/>
      </w:pPr>
      <w:r>
        <w:rPr>
          <w:sz w:val="20"/>
        </w:rPr>
        <w:t>2022-07-25 · italiano · E152. 50 RIVOLUZIONI LUNARI MIRATE -  PER CAPIRE MEGLIO. Editore: Edizioni Ricerca '90 e Amazon. Cartaceo, 354 pagine fisiche; corrispondenza con il formato KDP da verificare.</w:t>
      </w:r>
    </w:p>
    <w:p>
      <w:pPr>
        <w:widowControl/>
        <w:ind w:left="173"/>
      </w:pPr>
      <w:r>
        <w:rPr>
          <w:sz w:val="20"/>
        </w:rPr>
        <w:t>Data non documentata · inglese · E176. 50 Aimed Lunar Returns: To Better Understand. Kindle, ASIN B0B7N53KY3. Paperback, ASIN B0B6XJHN25.</w:t>
      </w:r>
    </w:p>
    <w:p>
      <w:pPr>
        <w:widowControl/>
        <w:ind w:left="173"/>
      </w:pPr>
      <w:r>
        <w:rPr>
          <w:sz w:val="20"/>
        </w:rPr>
        <w:t>Data non documentata · portoghese brasiliano · E239. 50 revoluções lunares miradas. Kindle, ASIN B0HF3RJB77. Traduzione Kindle Translate pubblicata.</w:t>
      </w:r>
    </w:p>
    <w:p>
      <w:pPr>
        <w:widowControl/>
      </w:pPr>
      <w:r>
        <w:t>Note di verifica: Storico italiano 50 Rivoluzioni Lunari Mirate: 354 pagine; KDP titolo inglese. Non trasferire le pagine italiane alla versione inglese.</w:t>
      </w:r>
    </w:p>
    <w:p>
      <w:pPr>
        <w:widowControl/>
      </w:pPr>
      <w:r>
        <w:t>La traduzione portoghese brasiliana pubblicata ha ASIN B0HF3RJB77. Spagnolo, tedesco e francese sono tentativi non pubblicati.</w:t>
      </w:r>
    </w:p>
    <w:p>
      <w:pPr>
        <w:pStyle w:val="Heading2"/>
      </w:pPr>
      <w:r>
        <w:t>O165  INTERPRETAZIONE SINTETICA DELLA RIVOLUZIONE LUNARE</w:t>
      </w:r>
    </w:p>
    <w:p>
      <w:pPr>
        <w:keepNext/>
        <w:widowControl/>
      </w:pPr>
      <w:r>
        <w:t>Ciro Discepolo</w:t>
      </w:r>
    </w:p>
    <w:p>
      <w:pPr>
        <w:keepNext/>
        <w:widowControl/>
      </w:pPr>
      <w:r>
        <w:t>Prima data documentata: 2022-11-09. Presente nella bibliografia storica e in KDP.</w:t>
      </w:r>
    </w:p>
    <w:p>
      <w:pPr>
        <w:widowControl/>
        <w:ind w:left="173"/>
      </w:pPr>
      <w:r>
        <w:rPr>
          <w:sz w:val="20"/>
        </w:rPr>
        <w:t>2022-11-09 · italiano · E153. INTERPRETAZIONE SINTETICA DELLA RIVOLUZIONE LUNARE. Editore: Edizioni Ricerca '90 e Amazon. Paperback, 120 pagine fisiche, ASIN B0BLYNJCGF. Kindle, ASIN B0BM9GZPJZ.</w:t>
      </w:r>
    </w:p>
    <w:p>
      <w:pPr>
        <w:widowControl/>
        <w:ind w:left="173"/>
      </w:pPr>
      <w:r>
        <w:rPr>
          <w:sz w:val="20"/>
        </w:rPr>
        <w:t>2025-05 · inglese · E162. SYNTHETIC INTERPRETATION OF LUNAR RETURN. Editore: Edizioni Ricerca '90. Paperback, 120 pagine fisiche, ASIN B0F79YQ99P. Kindle, ASIN B0F7GBG3DG.</w:t>
      </w:r>
    </w:p>
    <w:p>
      <w:pPr>
        <w:widowControl/>
        <w:ind w:left="173"/>
      </w:pPr>
      <w:r>
        <w:rPr>
          <w:sz w:val="20"/>
        </w:rPr>
        <w:t>Data non documentata · francese · E242. Interprétation synthétique de la révolution lunaire. Kindle, ASIN B0HGB325FC. Traduzione Kindle Translate pubblicata.</w:t>
      </w:r>
    </w:p>
    <w:p>
      <w:pPr>
        <w:widowControl/>
        <w:ind w:left="173"/>
      </w:pPr>
      <w:r>
        <w:rPr>
          <w:sz w:val="20"/>
        </w:rPr>
        <w:t>Data non documentata · italiano · E241. Interpretazione sintetica del ritorno lunare. Kindle, ASIN B0HGB2S99R. Traduzione Kindle Translate pubblicata.</w:t>
      </w:r>
    </w:p>
    <w:p>
      <w:pPr>
        <w:widowControl/>
        <w:ind w:left="173"/>
      </w:pPr>
      <w:r>
        <w:rPr>
          <w:sz w:val="20"/>
        </w:rPr>
        <w:t>Data non documentata · portoghese brasiliano · E244. Interpretação sintética do retorno lunar. Kindle, ASIN B0HG9V8M76. Traduzione Kindle Translate pubblicata.</w:t>
      </w:r>
    </w:p>
    <w:p>
      <w:pPr>
        <w:widowControl/>
        <w:ind w:left="173"/>
      </w:pPr>
      <w:r>
        <w:rPr>
          <w:sz w:val="20"/>
        </w:rPr>
        <w:t>Data non documentata · spagnolo · E243. Interpretación sintética del retorno lunar. Kindle, ASIN B0HGB35MVJ. Traduzione Kindle Translate pubblicata.</w:t>
      </w:r>
    </w:p>
    <w:p>
      <w:pPr>
        <w:widowControl/>
        <w:ind w:left="173"/>
      </w:pPr>
      <w:r>
        <w:rPr>
          <w:sz w:val="20"/>
        </w:rPr>
        <w:t>Data non documentata · tedesco · E240. Synthetische Deutung der Mondwiederkehr. Kindle, ASIN B0HG9WTRX5. Traduzione Kindle Translate pubblicata.</w:t>
      </w:r>
    </w:p>
    <w:p>
      <w:pPr>
        <w:pStyle w:val="Heading2"/>
      </w:pPr>
      <w:r>
        <w:t>O166  NUDES&amp;NUDES</w:t>
      </w:r>
    </w:p>
    <w:p>
      <w:pPr>
        <w:keepNext/>
        <w:widowControl/>
      </w:pPr>
      <w:r>
        <w:t>Ciro Discepolo</w:t>
      </w:r>
    </w:p>
    <w:p>
      <w:pPr>
        <w:keepNext/>
        <w:widowControl/>
      </w:pPr>
      <w:r>
        <w:t>Prima data documentata: 2023-01-25. Presente nella bibliografia storica e in KDP.</w:t>
      </w:r>
    </w:p>
    <w:p>
      <w:pPr>
        <w:widowControl/>
        <w:ind w:left="173"/>
      </w:pPr>
      <w:r>
        <w:rPr>
          <w:sz w:val="20"/>
        </w:rPr>
        <w:t>2023-01-25 · lingua non accertata · E154. NUDES&amp;NUDES. Editore: Edizioni Ricerca '90. Cartaceo, 212 pagine fisiche; corrispondenza con il formato KDP da verificare.</w:t>
      </w:r>
    </w:p>
    <w:p>
      <w:pPr>
        <w:widowControl/>
      </w:pPr>
      <w:r>
        <w:t>Storico tecnico escluso dalle edizioni pubblicate: Paperback BLOCCATO.</w:t>
      </w:r>
    </w:p>
    <w:p>
      <w:pPr>
        <w:widowControl/>
      </w:pPr>
      <w:r>
        <w:t>Note di verifica: NUDES&amp;NUDES: data storica 25/01/2023, KDP cartaceo bloccato con ultima modifica 21/10/2022; i due tipi di data sono conservati distinti.</w:t>
      </w:r>
    </w:p>
    <w:p>
      <w:pPr>
        <w:pStyle w:val="Heading2"/>
      </w:pPr>
      <w:r>
        <w:t>O167  ASTROLOGI CONTEMPORANEI A CONFRONTO</w:t>
      </w:r>
    </w:p>
    <w:p>
      <w:pPr>
        <w:keepNext/>
        <w:widowControl/>
      </w:pPr>
      <w:r>
        <w:t>Ciro Discepolo e Altri</w:t>
      </w:r>
    </w:p>
    <w:p>
      <w:pPr>
        <w:keepNext/>
        <w:widowControl/>
      </w:pPr>
      <w:r>
        <w:t>Prima data documentata: 2023-04-04. Presente solo nella bibliografia storica.</w:t>
      </w:r>
    </w:p>
    <w:p>
      <w:pPr>
        <w:widowControl/>
        <w:ind w:left="173"/>
      </w:pPr>
      <w:r>
        <w:rPr>
          <w:sz w:val="20"/>
        </w:rPr>
        <w:t>2023-04-04 · italiano · E155. ASTROLOGI CONTEMPORANEI A CONFRONTO. Editore: Edizioni Ricerca '90. Cartaceo, 348 pagine fisiche.</w:t>
      </w:r>
    </w:p>
    <w:p>
      <w:pPr>
        <w:widowControl/>
      </w:pPr>
      <w:r>
        <w:t>Note di verifica: Intestazione storica esplicita conservata: Ciro Discepolo e Altri. Verificare forma normalizzata e identità dei coautori; nessuna aggiunta automatica.</w:t>
      </w:r>
    </w:p>
    <w:p>
      <w:pPr>
        <w:pStyle w:val="Heading2"/>
      </w:pPr>
      <w:r>
        <w:t>O168  L'UOMO E LE STELLE - INTERVISTA ALL'ASTROLOGIA</w:t>
      </w:r>
    </w:p>
    <w:p>
      <w:pPr>
        <w:keepNext/>
        <w:widowControl/>
      </w:pPr>
      <w:r>
        <w:t>Ciro Discepolo</w:t>
      </w:r>
    </w:p>
    <w:p>
      <w:pPr>
        <w:keepNext/>
        <w:widowControl/>
      </w:pPr>
      <w:r>
        <w:t>Prima data documentata: 2023-06-01. Presente nella bibliografia storica e in KDP.</w:t>
      </w:r>
    </w:p>
    <w:p>
      <w:pPr>
        <w:widowControl/>
        <w:ind w:left="173"/>
      </w:pPr>
      <w:r>
        <w:rPr>
          <w:sz w:val="20"/>
        </w:rPr>
        <w:t>2023-06-01 · italiano · E156. L'UOMO E LE STELLE - INTERVISTA ALL'ASTROLOGIA. Editore: Edizioni Ricerca '90. Paperback, 822 pagine fisiche, ASIN B0C6P2PHDS; stato Online Con cambiamenti non pubblicati. Kindle, ASIN B0C6QDKRQC.</w:t>
      </w:r>
    </w:p>
    <w:p>
      <w:pPr>
        <w:widowControl/>
        <w:ind w:left="173"/>
      </w:pPr>
      <w:r>
        <w:rPr>
          <w:sz w:val="20"/>
        </w:rPr>
        <w:t>Data non documentata · inglese · E171. MAN AND THE STARS: AN INTERVIEW WITH ASTROLOGY. Kindle, ASIN B0HJGFZY5T. Paperback, ASIN B0HJGX2TXZ.</w:t>
      </w:r>
    </w:p>
    <w:p>
      <w:pPr>
        <w:widowControl/>
        <w:ind w:left="173"/>
      </w:pPr>
      <w:r>
        <w:rPr>
          <w:sz w:val="20"/>
        </w:rPr>
        <w:t>Data non documentata · italiano · E216. L'uomo e le stelle. Kindle, ASIN B0HJGHWRF2. Traduzione Kindle Translate pubblicata.</w:t>
      </w:r>
    </w:p>
    <w:p>
      <w:pPr>
        <w:widowControl/>
        <w:ind w:left="173"/>
      </w:pPr>
      <w:r>
        <w:rPr>
          <w:sz w:val="20"/>
        </w:rPr>
        <w:t>Data non documentata · portoghese brasiliano · E215. O homem e as estrelas. Kindle, ASIN B0HJHBZQM5. Traduzione Kindle Translate pubblicata.</w:t>
      </w:r>
    </w:p>
    <w:p>
      <w:pPr>
        <w:widowControl/>
      </w:pPr>
      <w:r>
        <w:t>Storico tecnico escluso dalle edizioni pubblicate: Paperback Bozza.</w:t>
      </w:r>
    </w:p>
    <w:p>
      <w:pPr>
        <w:widowControl/>
      </w:pPr>
      <w:r>
        <w:t>Verifica manuale: edizioni italiana e inglese in paperback e Kindle; portoghese brasiliano in Kindle. Conservati entrambi gli ASIN Kindle italiani, riferiti a registrazioni distinte. I tentativi spagnolo, tedesco e francese non sono pubblicati; il censimento conserva anche un tentativo inglese fallito originato dall’edizione italiana, senza contraddire l’esistenza dell’edizione inglese pubblicata.</w:t>
      </w:r>
    </w:p>
    <w:p>
      <w:pPr>
        <w:pStyle w:val="Heading2"/>
      </w:pPr>
      <w:r>
        <w:t>O170  DELITTI&amp;DELITTI</w:t>
      </w:r>
    </w:p>
    <w:p>
      <w:pPr>
        <w:keepNext/>
        <w:widowControl/>
      </w:pPr>
      <w:r>
        <w:t>Ciro Discepolo</w:t>
      </w:r>
    </w:p>
    <w:p>
      <w:pPr>
        <w:keepNext/>
        <w:widowControl/>
      </w:pPr>
      <w:r>
        <w:t>Prima data documentata: 2023-10-02. Presente nella bibliografia storica e in KDP.</w:t>
      </w:r>
    </w:p>
    <w:p>
      <w:pPr>
        <w:widowControl/>
        <w:ind w:left="173"/>
      </w:pPr>
      <w:r>
        <w:rPr>
          <w:sz w:val="20"/>
        </w:rPr>
        <w:t>2023-10-02 · italiano · E158. DELITTI&amp;DELITTI. Editore: Edizioni Ricerca '90. Paperback, 366 pagine fisiche, ASIN B0CLCCWWJ5. Kindle, ASIN B0CLGD9SND.</w:t>
      </w:r>
    </w:p>
    <w:p>
      <w:pPr>
        <w:pStyle w:val="Heading2"/>
      </w:pPr>
      <w:r>
        <w:t>O169  IL BLOG DI CIRO DISCEPOLO IV</w:t>
      </w:r>
    </w:p>
    <w:p>
      <w:pPr>
        <w:keepNext/>
        <w:widowControl/>
      </w:pPr>
      <w:r>
        <w:t>Ciro Discepolo</w:t>
      </w:r>
    </w:p>
    <w:p>
      <w:pPr>
        <w:keepNext/>
        <w:widowControl/>
      </w:pPr>
      <w:r>
        <w:t>Prima data documentata: 2023-11-02. Presente nella bibliografia storica e in KDP.</w:t>
      </w:r>
    </w:p>
    <w:p>
      <w:pPr>
        <w:widowControl/>
        <w:ind w:left="173"/>
      </w:pPr>
      <w:r>
        <w:rPr>
          <w:sz w:val="20"/>
        </w:rPr>
        <w:t>2023-11-02 · italiano · E157. IL BLOG DI CIRO DISCEPOLO IV. Editore: Edizioni Ricerca '90. Paperback, 626 pagine fisiche, ASIN B0CMHKR93L. Kindle, ASIN B0CMPCHGL7.</w:t>
      </w:r>
    </w:p>
    <w:p>
      <w:pPr>
        <w:pStyle w:val="Heading2"/>
      </w:pPr>
      <w:r>
        <w:t>O171  IL BLOG DI CIRO DISCEPOLO V</w:t>
      </w:r>
    </w:p>
    <w:p>
      <w:pPr>
        <w:keepNext/>
        <w:widowControl/>
      </w:pPr>
      <w:r>
        <w:t>Ciro Discepolo</w:t>
      </w:r>
    </w:p>
    <w:p>
      <w:pPr>
        <w:keepNext/>
        <w:widowControl/>
      </w:pPr>
      <w:r>
        <w:t>Prima data documentata: 2024-03-13. Presente nella bibliografia storica e in KDP.</w:t>
      </w:r>
    </w:p>
    <w:p>
      <w:pPr>
        <w:widowControl/>
        <w:ind w:left="173"/>
      </w:pPr>
      <w:r>
        <w:rPr>
          <w:sz w:val="20"/>
        </w:rPr>
        <w:t>2024-03-13 · italiano · E159. IL BLOG DI CIRO DISCEPOLO V. Editore: Edizioni Ricerca '90. Paperback, 588 pagine fisiche, ASIN B0CXTL5T54. Kindle, ASIN B0DT7JSFH9.</w:t>
      </w:r>
    </w:p>
    <w:p>
      <w:pPr>
        <w:pStyle w:val="Heading2"/>
      </w:pPr>
      <w:r>
        <w:t>O172  DELITTI&amp;DELITTI II</w:t>
      </w:r>
    </w:p>
    <w:p>
      <w:pPr>
        <w:keepNext/>
        <w:widowControl/>
      </w:pPr>
      <w:r>
        <w:t>Ciro Discepolo</w:t>
      </w:r>
    </w:p>
    <w:p>
      <w:pPr>
        <w:keepNext/>
        <w:widowControl/>
      </w:pPr>
      <w:r>
        <w:t>Prima data documentata: 2024-10-20. Presente nella bibliografia storica e in KDP.</w:t>
      </w:r>
    </w:p>
    <w:p>
      <w:pPr>
        <w:widowControl/>
        <w:ind w:left="173"/>
      </w:pPr>
      <w:r>
        <w:rPr>
          <w:sz w:val="20"/>
        </w:rPr>
        <w:t>2024-10-20 · italiano · E160. DELITTI&amp;DELITTI II. Editore: Edizioni Ricerca '90. Paperback, 442 pagine fisiche, ASIN B0DKD6274N. Kindle, ASIN B0DKG31G2K.</w:t>
      </w:r>
    </w:p>
    <w:p>
      <w:pPr>
        <w:pStyle w:val="Heading2"/>
      </w:pPr>
      <w:r>
        <w:t>O173  IL BLOG DI CIRO DISCEPOLO VI</w:t>
      </w:r>
    </w:p>
    <w:p>
      <w:pPr>
        <w:keepNext/>
        <w:widowControl/>
      </w:pPr>
      <w:r>
        <w:t>Ciro Discepolo</w:t>
      </w:r>
    </w:p>
    <w:p>
      <w:pPr>
        <w:keepNext/>
        <w:widowControl/>
      </w:pPr>
      <w:r>
        <w:t>Prima data documentata: 2025-02-13. Presente nella bibliografia storica e in KDP.</w:t>
      </w:r>
    </w:p>
    <w:p>
      <w:pPr>
        <w:widowControl/>
        <w:ind w:left="173"/>
      </w:pPr>
      <w:r>
        <w:rPr>
          <w:sz w:val="20"/>
        </w:rPr>
        <w:t>2025-02-13 · italiano · E161. IL BLOG DI CIRO DISCEPOLO VI. Editore: Edizioni Ricerca '90. Paperback, 520 pagine fisiche, ASIN B0DX6VF4KG. Kindle, ASIN B0DXBC4RRV.</w:t>
      </w:r>
    </w:p>
    <w:p>
      <w:pPr>
        <w:pStyle w:val="Heading2"/>
      </w:pPr>
      <w:r>
        <w:t>O175  IL BLOG DI CIRO DISCEPOLO VII</w:t>
      </w:r>
    </w:p>
    <w:p>
      <w:pPr>
        <w:keepNext/>
        <w:widowControl/>
      </w:pPr>
      <w:r>
        <w:t>Ciro Discepolo</w:t>
      </w:r>
    </w:p>
    <w:p>
      <w:pPr>
        <w:keepNext/>
        <w:widowControl/>
      </w:pPr>
      <w:r>
        <w:t>Prima data documentata: 2025-10. Presente nella bibliografia storica e in KDP.</w:t>
      </w:r>
    </w:p>
    <w:p>
      <w:pPr>
        <w:widowControl/>
        <w:ind w:left="173"/>
      </w:pPr>
      <w:r>
        <w:rPr>
          <w:sz w:val="20"/>
        </w:rPr>
        <w:t>2025-10 · italiano · E163. IL BLOG DI CIRO DISCEPOLO VII. Editore: Edizioni Ricerca '90. Paperback, 426 pagine fisiche, ASIN B0FV38V5Q5. Kindle, ASIN B0FVF9QTX2.</w:t>
      </w:r>
    </w:p>
    <w:p>
      <w:pPr>
        <w:pStyle w:val="Heading2"/>
      </w:pPr>
      <w:r>
        <w:t>O178  IL BLOG DI CIRO DISCEPOLO VIII</w:t>
      </w:r>
    </w:p>
    <w:p>
      <w:pPr>
        <w:keepNext/>
        <w:widowControl/>
      </w:pPr>
      <w:r>
        <w:t>Ciro Discepolo</w:t>
      </w:r>
    </w:p>
    <w:p>
      <w:pPr>
        <w:keepNext/>
        <w:widowControl/>
      </w:pPr>
      <w:r>
        <w:t>Prima data documentata: 2026-02. Presente nella bibliografia storica e in KDP.</w:t>
      </w:r>
    </w:p>
    <w:p>
      <w:pPr>
        <w:widowControl/>
        <w:ind w:left="173"/>
      </w:pPr>
      <w:r>
        <w:rPr>
          <w:sz w:val="20"/>
        </w:rPr>
        <w:t>2026-02 · italiano · E166. IL BLOG DI CIRO DISCEPOLO VIII. Editore: Edizioni Ricerca '90. Paperback, 460 pagine fisiche, ASIN B0GNDHY984. Kindle, ASIN B0GNGQF7JG.</w:t>
      </w:r>
    </w:p>
    <w:p>
      <w:pPr>
        <w:pStyle w:val="Heading2"/>
      </w:pPr>
      <w:r>
        <w:t>O179  ALGORITMI DEL DESTINO</w:t>
      </w:r>
    </w:p>
    <w:p>
      <w:pPr>
        <w:keepNext/>
        <w:widowControl/>
      </w:pPr>
      <w:r>
        <w:t>Ciro Discepolo</w:t>
      </w:r>
    </w:p>
    <w:p>
      <w:pPr>
        <w:keepNext/>
        <w:widowControl/>
      </w:pPr>
      <w:r>
        <w:t>Prima data documentata: 2026-03. Presente nella bibliografia storica e in KDP.</w:t>
      </w:r>
    </w:p>
    <w:p>
      <w:pPr>
        <w:widowControl/>
        <w:ind w:left="173"/>
      </w:pPr>
      <w:r>
        <w:rPr>
          <w:sz w:val="20"/>
        </w:rPr>
        <w:t>2026-03 · italiano · E167. ALGORITMI DEL DESTINO. Editore: Edizioni Ricerca '90. Paperback, 226 pagine fisiche, ASIN B0GSJWGZ5V. Kindle, ASIN B0GSKPHZM1.</w:t>
      </w:r>
    </w:p>
    <w:p>
      <w:pPr>
        <w:pStyle w:val="Heading2"/>
      </w:pPr>
      <w:r>
        <w:t>O182  Che cos'è l'Astrologia</w:t>
      </w:r>
    </w:p>
    <w:p>
      <w:pPr>
        <w:keepNext/>
        <w:widowControl/>
      </w:pPr>
      <w:r>
        <w:t>Ciro Discepolo</w:t>
      </w:r>
    </w:p>
    <w:p>
      <w:pPr>
        <w:keepNext/>
        <w:widowControl/>
      </w:pPr>
      <w:r>
        <w:t>Prima data di pubblicazione non documentata. Presente solo in KDP.</w:t>
      </w:r>
    </w:p>
    <w:p>
      <w:pPr>
        <w:widowControl/>
        <w:ind w:left="173"/>
      </w:pPr>
      <w:r>
        <w:rPr>
          <w:sz w:val="20"/>
        </w:rPr>
        <w:t>Data non documentata · italiano · E199. Che cos'è l'Astrologia. Paperback, ASIN 1500431850. Kindle, ASIN B00LKPI39Y.</w:t>
      </w:r>
    </w:p>
    <w:p>
      <w:pPr>
        <w:pStyle w:val="Heading2"/>
      </w:pPr>
      <w:r>
        <w:t>O181  Refugees &amp; Migrants</w:t>
      </w:r>
    </w:p>
    <w:p>
      <w:pPr>
        <w:keepNext/>
        <w:widowControl/>
      </w:pPr>
      <w:r>
        <w:t>Ciro Discepolo</w:t>
      </w:r>
    </w:p>
    <w:p>
      <w:pPr>
        <w:keepNext/>
        <w:widowControl/>
      </w:pPr>
      <w:r>
        <w:t>Prima data di pubblicazione non documentata. Presente solo in KDP.</w:t>
      </w:r>
    </w:p>
    <w:p>
      <w:pPr>
        <w:widowControl/>
        <w:ind w:left="173"/>
      </w:pPr>
      <w:r>
        <w:rPr>
          <w:sz w:val="20"/>
        </w:rPr>
        <w:t>Data non documentata · lingua non accertata · E185. Refugees &amp; Migrants. Paperback, ASIN 1727229169.</w:t>
      </w:r>
    </w:p>
    <w:p>
      <w:pPr>
        <w:widowControl/>
      </w:pPr>
      <w:r>
        <w:t>Lingua e corrispondenza con i formati storici da verificare. Dettagli nel foglio DA_VERIFICARE: V039.</w:t>
      </w:r>
    </w:p>
    <w:p>
      <w:pPr>
        <w:pStyle w:val="Heading1"/>
      </w:pPr>
      <w:r>
        <w:t>DATI BIOBIBLIOGRAFICI AGGIORNATI</w:t>
      </w:r>
    </w:p>
    <w:p>
      <w:pPr>
        <w:widowControl/>
      </w:pPr>
      <w:r>
        <w:t>L’archivio risultante comprende 138 schede di opere bibliografiche consolidate. Il numero è calcolato dal confronto di tutte le 180 voci storiche e dei 144 record KDP; alcune relazioni fra opere restano da verificare e potranno comportare ulteriori accorpamenti.</w:t>
      </w:r>
    </w:p>
    <w:p>
      <w:pPr>
        <w:widowControl/>
      </w:pPr>
      <w:r>
        <w:t>Sono documentate 321 schede di edizione e 391 record bibliografici di formato. Sono conservati 287 ASIN unici, inclusi quelli di registrazioni tecniche. I 14 record tecnici non entrano nel conteggio dei formati bibliografici; 53 osservazioni storiche non allineate possono sovrapporsi a formati KDP già identificati. Il totale documentale non certifica altrettante edizioni o prodotti commerciali distinti.</w:t>
      </w:r>
    </w:p>
    <w:p>
      <w:pPr>
        <w:widowControl/>
      </w:pPr>
      <w:r>
        <w:t>La produzione bibliografica comprende pubblicazioni in undici lingue: italiano, inglese, francese, spagnolo, portoghese brasiliano, tedesco, russo, sloveno, ungherese, giapponese, olandese. Il dato aggiornato sostituisce il precedente riferimento a nove lingue. Lo spagnolo è contato una sola volta.</w:t>
      </w:r>
    </w:p>
    <w:p>
      <w:pPr>
        <w:widowControl/>
      </w:pPr>
      <w:r>
        <w:t>Le traduzioni Kindle Translate effettivamente pubblicate e identificate sono 107: 105 già censite e 2 integrate per Cuba. Le edizioni linguistiche storiche sono comprese nelle schede editoriali ma non nel solo conteggio Kindle Translate. I tentativi non pubblicati sono 10, di cui 8 identificati singolarmente e 2 segnalati soltanto in aggregato per Cuba.</w:t>
      </w:r>
    </w:p>
    <w:p>
      <w:pPr>
        <w:widowControl/>
      </w:pPr>
      <w:r>
        <w:t>Restano 70 casi di verifica nell’Excel: relazioni fra opere o edizioni, attribuzione dei volumi, lingue non rilevate, coautori ulteriori rispetto ai cinque confermati e alcune anomalie storiche. Per Cuba va riconciliato il riepilogo delle 3 traduzioni online: un ASIN ulteriore è da recuperare manualmente soltanto se viene confermata un’altra edizione distinta. Non è stato inventato né richiesto un ASIN per una traduzione fallita.</w:t>
      </w:r>
    </w:p>
    <w:p>
      <w:pPr>
        <w:widowControl/>
      </w:pPr>
      <w:r>
        <w:t>I 14 gruppi di possibili duplicati KDP sono stati ricondotti alle rispettive opere, conservando identificativi e stati. Sono inoltre documentati 21 gruppi di accorpamento storico. Le fonti originali rimangono inalterate e nessun dato dell’account KDP è stato modificato.</w:t>
      </w:r>
    </w:p>
    <w:sectPr w:rsidR="00FC693F" w:rsidRPr="0006063C" w:rsidSect="00034616">
      <w:footerReference w:type="default" r:id="rId9"/>
      <w:pgSz w:w="11909" w:h="16834"/>
      <w:pgMar w:top="1008" w:right="1123" w:bottom="1008"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eastAsia="Yu Gothic"/>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eastAsia="Yu Gothic"/>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eastAsia="Yu Gothic"/>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Yu Gothic"/>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260" w:line="240" w:lineRule="auto"/>
      <w:contextualSpacing/>
    </w:pPr>
    <w:rPr>
      <w:rFonts w:asciiTheme="majorHAnsi" w:eastAsiaTheme="majorEastAsia" w:hAnsiTheme="majorHAnsi" w:cstheme="majorBidi" w:ascii="Arial" w:hAnsi="Arial" w:eastAsia="Yu Gothic"/>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00"/>
    </w:pPr>
    <w:rPr>
      <w:rFonts w:asciiTheme="majorHAnsi" w:eastAsiaTheme="majorEastAsia" w:hAnsiTheme="majorHAnsi" w:cstheme="majorBidi" w:ascii="Arial" w:hAnsi="Arial" w:eastAsia="Yu Gothic"/>
      <w:i/>
      <w:iCs/>
      <w:color w:val="000000"/>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Bibliografia generale aggiornata di Ciro Discepolo</dc:title>
  <dc:subject>Archivio consolidato della bibliografia storica e del censimento KDP</dc:subject>
  <dc:creator>Ciro Discepolo</dc:creator>
  <cp:keywords>bibliografia, edizioni, ASIN, undici lingue</cp:keywords>
  <dc:description>generated by python-docx</dc:description>
  <cp:lastModifiedBy/>
  <cp:revision>1</cp:revision>
  <dcterms:created xsi:type="dcterms:W3CDTF">2013-12-23T23:15:00Z</dcterms:created>
  <dcterms:modified xsi:type="dcterms:W3CDTF">2013-12-23T23:15:00Z</dcterms:modified>
  <cp:category/>
</cp:coreProperties>
</file>